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Events Made Clear By Prophecy</w:t>
      </w:r>
    </w:p>
    <w:p>
      <w:r>
        <w:t>Date: August 1, 1965</w:t>
      </w:r>
    </w:p>
    <w:p>
      <w:r>
        <w:t>Location: Jeffersonville, Indiana USA</w:t>
      </w:r>
    </w:p>
    <w:p/>
    <w:p>
      <w:r>
        <w:t>1. Let us bow our heads now for prayer. Our Lord God, great Creator of heavens and earth, who brought again Jesus from the dead, and alive with us for these two thousand years, ever living to confirm His Word and make it true to each generation. We are so thankful for His divine presence just now, knowing this, that we have this great assurance, that after this life is over, we have life eternal in the world that is to come. Thank You for this, Lord. And that hope anchored to the soul, that's steadfast and sure in time of storm. And when the storms come, the great waves rolling, we feel that by faith in Him we can crest every wave.</w:t>
        <w:br/>
        <w:t>God, help us tonight as we come to minister to the sick and the needy. We pray, God, that there will not be a sick person among us when we leave tonight. May every person be healed by Thy divine power, both here and across the nation, of the hookup, may there not be a feeble person go out of any building or any gathering tonight. May Your Spirit heal them. Let the great Sun of righteousness, with healing in His wings, rise, send forth the rays of faith in every heart as they listen to the Word, see the manifestations of the Holy Spirit convincing them that He's still alive. We pray these blessings, Father, in Jesus' name. Amen. (You may be seated.)</w:t>
      </w:r>
    </w:p>
    <w:p>
      <w:r>
        <w:t>2. We certainly deem this a grand privilege to be here tonight, again to speak to the people and pray for the sick. We want to greet all those who are out in the land of the telephone connections across the nation, again tonight. And so we pray that God will bless each one of you, trusting that all that accepted Christ this morning will be filled with the Holy Ghost and ever live faithful and true to Him until life is over here on earth, this mortal life. And then they, by doing that, they have eternal life. They will never die in the age that is to come, to the great age that we all look forward to.</w:t>
      </w:r>
    </w:p>
    <w:p>
      <w:r>
        <w:t>3. Now we're going to say, while I'm thinking of it, not to interrupt. Brother Vayle is here, and I might not get to see him. Could I send that manuscript on to you when I get back to Tucson? I'm looking it over; I haven't got it all read yet, and I'll send it back to you as soon as I get to Tucson.</w:t>
        <w:br/>
        <w:t>Now I am wanting to make an announcement. This is especially to the churches everywhere, especially in the West, or anywhere that wants to come. Our noble brother, Brother Pearry Green, with the… It's a man that's the instigator of this hookup of this telephone here. The Lord has been putting it upon his heart to come visit us at Tucson, and start a revival at Tucson, which we really need. And Brother Pearry will be in Tucson. If you want to contact him, just get a hold of our office there. It'll be August the 10th, 11th, 12th, and 13th. He's had it upon his heart for a long time, and I told him there was only way get it off your heart, go do it. And he's a Christian brother, a real servant of God. And you people in Tucson, I know will be blessed as he ministers there somewhere, perhaps at the Ramada Inn or wherever the Lord provides a place; he hasn't got it on here. But I know you'll be blessed by coming, hearing Brother Green as he expounds to us the Word of God, perhaps praying for the sick, or whatever it lays in the duty of God's anointing to do.</w:t>
      </w:r>
    </w:p>
    <w:p>
      <w:r>
        <w:t>4. We also want to thank Brother Orman Neville and Brother Mann for this wonderful time of fellowship with them. How I'm very grateful to have, be associated with such men as Brother Neville, Brother Mann, and all these other ministers around here. I suppose they've been recognized. If you haven't, by our board and our church here, I'm sure that God recognizes you here as His servants. May the Lord ever bless you.</w:t>
      </w:r>
    </w:p>
    <w:p>
      <w:r>
        <w:t>5. Now, I was asked a little something here, on a little note was given me to… They had a trustee meeting the other night here, on the board of trustees and deacons, and I think the minutes were read this morning before the church. Which, that's custom for us to do that. In the decisions that was made by the board of trustees and deacons here in the church, of course, they can't please everyone. We cannot do that. I have not one thing to do with the trustee board or the deacon board. I have not even a vote unless there's a tie, and I have to be here to do it then; Brother Orman Neville takes that second vote. Then we have to sign these, because we're part of the church. But what the trustee board and them boards' decision they make, we certainly stand behind them one hundred percent, because that's what they're here for. And their decision is between them and God. I cannot, cannot and would not, by any means, contrary that decision. And another thing, I am forbidden by the United States Government to make any decision concerning that, so please don't ask me to correct their decisions. I cannot do it, and I will not hear nothing about it, see. So don't ask me to correct their decisions. You see the board; that's the one that made the decision. All right.</w:t>
      </w:r>
    </w:p>
    <w:p>
      <w:r>
        <w:t>6. Now, in the event of a coming meeting, it is possible, if the Lord willing, I'll be coming back here in about four to six weeks, or something like that, for maybe another Sunday's meeting. And I announced this morning I wanted to speak on God Manifested In His Word, and I just won't have time tonight, and, frankly, I haven't hardly got enough voice to do it. And then the crowd… There is almost as many on the outside as there is on the inside, and, perhaps more, counting those buses and trucks and things that's sitting out there with the people. Turned on, the little broadcast has stepped up a little, we can hear it. This little wave, short wave from the Tabernacle, we can pick that up a city block away. And some of the cars are several city blocks away, the lines of cars, up and down, and around and through the streets, around the Tabernacle tonight. I don't believe at anytime, visibly, we've ever had more people jammed in and around the church than we have tonight. So we are… And many, many, many are just driving up and driving away.</w:t>
        <w:br/>
        <w:t>So it goes to show, "Where the carcass is, the eagles will gather." And may I say to you tonight, in this little group of people, it's a international gathering. Practically over two thirds of the states of the union is represented here, besides five foreign nations, even to Russia, and all over the different parts of the country. Way down into Venezuela, out into Jamaica, all over the different parts of the nation, people are here, hungering and thirsting for God. What a marvelous time!</w:t>
      </w:r>
    </w:p>
    <w:p>
      <w:r>
        <w:t>7. Now I want, before reading the Bible… And will you pray for me now? I'm going to try to bring a little message, the Lord willing, on the appropriation of divine healing. For, this morning we talked on salvation. And tonight we're going to speak a few minutes on divine healing, and then call the prayer line and pray for the people. While we're doing this, out on the hookups, wherever you are, even out in the buses and cars around within a block or two of the Tabernacle, when it comes time to pray for the sick, if you can't get into the building… Which, you cannot, I'm sure now, because doorways everywhere is jammed tight, past, and no room nowhere, so you pray and lay your hands on one another out there. And let each minister who's hooked in tonight, also pray for his congregation while the healing services are going on. We believe that God is omnipresent, everywhere. Now before we read or…</w:t>
      </w:r>
    </w:p>
    <w:p>
      <w:r>
        <w:t>8. Before we pray, we want to read some of God's Word. And I changed my scriptures a while ago, because wanting to change the type of meeting that I had set in my mind for tonight, so I have changed it a little bit; and so I had to change my scriptures, not change them, but set them in another order, of divine healing, so that people would understand. Let's turn to St. Luke, the twenty-fourth chapter. And we will begin at the twelfth verse of the twenty-fourth chapter, and read down to about 34. It's on the resurrection of the Lord Jesus.</w:t>
        <w:br/>
        <w:t>Then arose Peter, and ran to the sepulchre; and stooping down, and he beheld the linen clothes … wondering in himself at that which was come to pass.</w:t>
        <w:br/>
        <w:t>And, behold, two of them went the same day to a village called Emmaus, which was from Jerusalem about threescore furlongs. [Now, it takes ten furlongs to make a mile, so it was about six miles.]</w:t>
        <w:br/>
        <w:t>And as they talked together of … these things which had happened.</w:t>
        <w:br/>
        <w:t>…it came to pass, that, while they communed together and reasoned, Jesus himself drew near, and went with them.</w:t>
        <w:br/>
        <w:t>But their eyes were holden that they should not know him.</w:t>
        <w:br/>
        <w:t>And he said unto them, What manner of communications are these that ye have one to another, as you walk, and are sad?</w:t>
        <w:br/>
        <w:t>And the one of them, whose name was Cleopas, answered saying unto him, Art thou only a stranger in Jerusalem, and has not thou known these things which are come to pass … in these days?</w:t>
        <w:br/>
        <w:t>And he said unto them, What things?</w:t>
      </w:r>
    </w:p>
    <w:p>
      <w:r>
        <w:t>9. [Now remember, this is Jesus Himself, risen, talking.] And they said unto him, Concerning Jesus of Nazareth, which was a prophet mighty in deed and in word before God and all the people:</w:t>
        <w:br/>
        <w:t>…how the chief priests and our rulers delivered him to be condemned to death, and have crucified him.</w:t>
        <w:br/>
        <w:t>But we trusted that he had been he which should have redeemed Israel: and besides all this, to day is the third day since these things were done.</w:t>
        <w:br/>
        <w:t>Yea, and certain women also of our company made us astonished, which were early at the sepulchre;</w:t>
        <w:br/>
        <w:t>And when they found not his body, they came, saying, that they had also seen a vision of angels, which said … he was alive.</w:t>
        <w:br/>
        <w:t>And certain of them which were with us went to the sepulchre, and found it even so as the women had said: but him they saw not.</w:t>
      </w:r>
    </w:p>
    <w:p>
      <w:r>
        <w:t>10. [Listen now!]</w:t>
        <w:br/>
        <w:t>[Jesus], Then said he unto them, O fools, … slow of heart to believe all that the prophets have spoken:</w:t>
        <w:br/>
        <w:t>Ought not Christ to have suffered these things, and to enter into his glory?</w:t>
        <w:br/>
        <w:t>And beginning at Moses and all the prophets, he expounded unto them in all the scriptures the things concerning himself.</w:t>
        <w:br/>
        <w:t>And they drew nigh unto the village, where they went: and he made as though he would have gone further.</w:t>
        <w:br/>
        <w:t>But they constrained him, saying, Abide with us: for it is towards evening, and the day is far spent. And he went in to tarry with them.</w:t>
        <w:br/>
        <w:t>And it came to pass, as he sat at meat with them, he took bread, and blessed it, and brake it, and give it to them.</w:t>
        <w:br/>
        <w:t>And their eyes were opened, and they knew him; and he vanished out of their sights.</w:t>
        <w:br/>
        <w:t>And they said one to the other, Did not our hearts burn within us, while he talked with us by the way, and while he opened to us the scriptures?</w:t>
        <w:br/>
        <w:t>And they rose up the same hour, and returned to Jerusalem, and found the eleven gathered together, and when they were with them,</w:t>
        <w:br/>
        <w:t>Saying, The Lord is risen indeed, and has appeared unto Simon.</w:t>
        <w:br/>
        <w:t>And they told what things were done in the way, and how that he was known to them by breaking of bread.</w:t>
      </w:r>
    </w:p>
    <w:p>
      <w:r>
        <w:t>11. Now let us pray. Dear gracious Father, we thank Thee for Thy Word, for Thy Word is truth, Thy Word is life. And Thou, O Lord, and Thy Word are One. So we pray tonight, Lord, that You will come among us in the power of Your resurrection and will show forth to us tonight, like those that came from Emmaus, that we too would return to our homes, saying, "Did not our hearts burn within us?" Grant it, Lord; it's towards evening time again. For we ask it in Jesus' name. Amen.</w:t>
      </w:r>
    </w:p>
    <w:p>
      <w:r>
        <w:t>12. Now I want to speak concerning this Bible. And my subject tonight, or topic, is: Events Made Clear By Prophecy. Events Made Clear By Prophecy.</w:t>
        <w:br/>
        <w:t>Now, the Bible is a different book from all other sacred books. The Bible is a different book. It is a book of prophecy, foretelling future events. And it's also the Revelation of Jesus Christ. All the way from Genesis to Revelation, brings Him out in His fullness, what He was and is. And the whole complete book… Revelation 1:1-3, said the book is a book of the Revelation of Jesus Christ, which is the Word of God---the Revelation of Jesus Christ, the Word of God.</w:t>
      </w:r>
    </w:p>
    <w:p>
      <w:r>
        <w:t>13. Now, all other books, sacred books, is only a code of ethics, a code of morals or a code of theology. Something that… How many ever read the Koran, the Mohammedan Bible, and the book on Buddhists, and so forth? It's just a code of ethics, what people should live, how they should live, but it doesn't prophesy, doesn't say anything about these things or about any special gifts being given to anybody, anything to take place. Just like joining a lodge or something. Therefore, when churches come to the place that they make their church just a lodge to join, then they're plumb off the Word of God.</w:t>
      </w:r>
    </w:p>
    <w:p>
      <w:r>
        <w:t>14. For the Bible is a living, foretold witness of Jesus Christ. And as the earth has growed into its fullness and also vines grow into their fullness, the day grows into its fullness. The Bible was manifested in its fullness in the person of Jesus Christ; He was the Word of God revealed, the whole complete book of redemption. The Bible is God's Word, foretelling the future events. Its believers is commanded by its Author to read and believe every word of it, not just part of it. One word, to disbelieve it, you might as well quit trying until you believe that Word. Every word is absolutely a part of Almighty God---God made manifest, wound into His Word, to show forth who He is. We are commanded, as believers, to believe every word of it. And it's wrote by the Author of God Himself. There's nobody can add anything to it or take anything from it. If you would, it would be a freak body of God. It would have, maybe like six fingers on one hand, or three arms, or something, to add something; to take something away from it and be one arm short, one finger short. It's the complete body of Jesus Christ. And in Christ, being the male, the groom, the bride is represented in Him also. And these two are one. "At that day you'll know that I am in the Father, the Father in me, I in you and you in me." What a complete picture!</w:t>
        <w:br/>
        <w:t>And the true believers in this Word, who accept it that way, believe it, and with patience wait for it's prophesied promises, every one of them to be manifested in its age. Every believer has watched for it. Every believer that's been on the toes, watching, is the one it's been revealed to.</w:t>
      </w:r>
    </w:p>
    <w:p>
      <w:r>
        <w:t>15. Now look in the days of the coming of the Lord Jesus. Why didn't those people recognize John, when the Bible plainly said by Isaiah, "There will be a voice of one crying in the wilderness, 'Prepare the way of the Lord'"? Their last prophet they had, which was Malachi 3, said, "Behold, I send my messenger before my face to prepare the way." Why didn't they see it? Because they was looking upon something that had been done, basing their thoughts upon some message that had went forth beforehand, and failed to see the present manifestation of God in the day they were living.</w:t>
        <w:br/>
        <w:t>And Christians, everywhere, that's exactly where the world stands tonight. Without contradiction, that's the truth. Christians, everywhere, are trying to look back to some code of ethics that Mr. Luther wrote, or Mr. Wesley, Sankey, Finny, Knox, Calvin, which none of us can speak evil of, but that was in a day past.</w:t>
      </w:r>
    </w:p>
    <w:p>
      <w:r>
        <w:t>16. The Pharisees looked back to see what Moses said, and they said, "We have Moses. We don't know whence Thou comest."</w:t>
        <w:br/>
        <w:t>But remember, when Moses here, they didn't know whence he cometh, see. And now they… No wonder Jesus said to them, "You garnish the tombs of the prophets, and you are the one that put them in there." After their message is gone… A message goes through, the people see it, they make fun of it (the world does). And then after the messenger is finished and the message is done, then they build a denomination upon the message. And there they die right there, never come to life again.</w:t>
      </w:r>
    </w:p>
    <w:p>
      <w:r>
        <w:t>17. Look just a moment, to some of you people, and especially I speak to you Catholic people. Do you realize… Have you ever read the actual history, the history of the Roman Catholic church? How that on your martyrology, since Saint Augustine of Hippo, how many million innocent people that the church put to death? I forget, can't call the exact number, but it's up in the millions, since Saint Hippo of… Saint Augustine of Hippo, Africa, made it a declaration that it was absolutely the will of God to put anybody to death that protests the Roman Catholic church. Do you realize that in that, that Saint Patrick was never recognized till after his death, as a Roman Catholic? He protested the pope and all of his doings, and the Catholic church itself killed tens of thousands of his children. Did you know that the Catholic church burnt Joan of Arc, that little sainted woman, to the stake, for be … said she was a witch? Two hundred years later, dug up the bodies of the priests, when they found out it was wrong, and cast them into the sea, without burying them in the sacred ground, to do penance.</w:t>
        <w:br/>
        <w:t>Don't let the day pass over your head, and be foolish.</w:t>
      </w:r>
    </w:p>
    <w:p>
      <w:r>
        <w:t>18. How them priests would like tonight to come forth, that condemned Jesus. The only thing, they never seen the prediction of that hour. Jesus said, "Search the Scriptures, for in them you think" … or rather, "claim that you have eternal life, and the Scriptures is what tell you who I am," for that hour.</w:t>
        <w:br/>
        <w:t>Notice, the Bible cannot fail. It's one thing it cannot do---the Word of God fail---for it foretells its Author's acts before He does it.</w:t>
      </w:r>
    </w:p>
    <w:p>
      <w:r>
        <w:t>19. Now, there's one chance out of a thousand that a man might make a prediction that something another is going to happen, and it would happen. But then if he places where it's going to happen, that cuts him down to maybe one chance out of ten thousand. If he says the day it's going to happen, that cuts it down, one chance out of about a million. And who it's going to happen to, that brings it down to billions of chances.</w:t>
        <w:br/>
        <w:t>But this Bible tells you exactly, who, when, where, and what to look for, and never has failed one time. Therefore, in a little discussion not long ago, with a priest of the Sacred Heart Church up here, he said, "Mr. Branham, you're trying to argue a Bible." Said, "That's the history of the church."</w:t>
        <w:br/>
        <w:t>I said, "It's not a history; it's God Himself in print."</w:t>
        <w:br/>
        <w:t>He said, "God is in His church."</w:t>
        <w:br/>
        <w:t>I said, "God is in the Word. And anything contrary to it, let it be a lie. For He said, 'Let My Word be true and every man's word a lie.'"</w:t>
        <w:br/>
        <w:t>He said, "We're not to argue."</w:t>
        <w:br/>
        <w:t>I said, "I never asked you to argue, but the Bible does say, 'Come, let us reason together.'"</w:t>
      </w:r>
    </w:p>
    <w:p>
      <w:r>
        <w:t>20. It foretells the Author's doings before He does it. Therefore, telling that, then that puts every man and woman at the judgment bar, without any excuse. If you take what the Methodists say about it, what the Baptists say about it, what the Catholic says, what the Pentecostal says, or any other church, you might find some disappointments at the judgment. But if you'll just watch what the Bible says is going to happen, and when it happens, then you'll recognize what happens.</w:t>
        <w:br/>
        <w:t>Now, it isn't right out in plain view that all people can see it, for Jesus thanked God for hiding it from the eyes of the wise and prudent, and would reveal it to babes such as would learn. Think of Almighty God sitting in His own Word, with power to blind the rich and impudent and educated scholars, blind their eyes so they can't see Him, and open the eyes of the poor and illiterate.</w:t>
      </w:r>
    </w:p>
    <w:p>
      <w:r>
        <w:t>21. Notice these people from Emmaus, He said their understanding of Him was withheld. They talked to Him and didn't even know who it was, all day long. God can do that, for He's God.</w:t>
        <w:br/>
        <w:t>That's exactly what He done to those priests, those scribes, because it was written that He had to do that. God blinded their eyes so we would have a chance. Notice, they couldn't see, no matter how much scholars, how much priests they was, what they had done, they still could not see it, because they were blind. Their sight might've been twenty-twenty, physically. But their spiritual sight!</w:t>
      </w:r>
    </w:p>
    <w:p>
      <w:r>
        <w:t>22. The same thing I was trying to say this morning about the adultery of women, dressing the way they do now. They are adulterers. In God's Book they are guilty of adultery every time they put on sexy-looking clothes. Their soul, not knowing it. I believe them women, many of them, thousands of them, are innocent, and would by no means commit adultery. And the poor women, with somebody who will let them get by with it, without exposing it and tell the truth, commit adultery. Which, the Bible said, "The whore that sat upon many waters, that all the kings of the earth and the peoples of the earth, the churches and so forth, committed spiritual fornications with her. And she was the mother of harlots"---denominations.</w:t>
      </w:r>
    </w:p>
    <w:p>
      <w:r>
        <w:t>23. We watch the Bible, for God doesn't leave us in darkness. He sent the Bible to foretell us the events before they happen, and the very nature and time they would come.</w:t>
        <w:br/>
        <w:t>Now, it's something like looking on a calendar to see what date it is. If you think, say that this is… "Is this Saturday, Sunday, what is it?" Look on the calendar. The calendar will tell you what day it is. When you see the actions of the people, maybe going to church, you see the … hear the bells ringing, you wonder what day it is. Look on the calendar, it'll tell you what day it is.</w:t>
      </w:r>
    </w:p>
    <w:p>
      <w:r>
        <w:t>24. And when you see the church getting worldly, like it was in the days of Sodom, see the church world all going into worship the god of this evil age, and seeing that; then seeing a little minority group gathered out under the inspiration of God, producing again the life of Jesus Christ, by the Scriptures that's supposed to happen, you know what hour you're living in.</w:t>
        <w:br/>
        <w:t>This Bible foretells, by prophecy, what day that we're living, and what time we're living, and what kind of events ought to be taking place. It foretells it exactly to the letter, and has never missed one age, all the time. Not one time has it ever missed, and it won't, for who are predestinated to see it will see it. Jesus said, "No man can come to me except my Father draws him, and all that the Father has given me will come." It's the Word joining with the Word. It can't do nothing else. We know the day that we're living in.</w:t>
      </w:r>
    </w:p>
    <w:p>
      <w:r>
        <w:t>25. But as it has been in every age, people let men put their own interpretation to this Word, and causes them to be blinded to the event that's happened. Same thing it done with the Pharisees and Sadducees. Even when Paul stood there and tried to quote the Scripture, and one man smote him in the face because he called the high priest a whited wall. And then they missed seeing God confirm His prophesied Word.</w:t>
      </w:r>
    </w:p>
    <w:p>
      <w:r>
        <w:t>26. See, the Bible doesn't contradict itself; the Bible is God. There's no contradiction in God; He's perfect.</w:t>
        <w:br/>
        <w:t>But the people, with their own interpretation! Now notice, let me show you, friends. The churches cannot agree themself on the interpretation of it. The Methodists can't agree with the Baptists, the Baptist the Presbyterian, the Presbyterian the Pentecostals. And with about forty different organizations of Pentecost, they can't agree with one another. So you see, that would be Babylon again, confusing.</w:t>
        <w:br/>
        <w:t>But God does His own interpretating of His Word. He promised the thing, and then does it Himself. He gives (Himself) the interpretation of it, because He makes Hisself known in that hour. How far the body of Christ is advanced, from the feet to the head!</w:t>
      </w:r>
    </w:p>
    <w:p>
      <w:r>
        <w:t>27. Notice, then that's the reason that these people fail to get it, because they listen to what somebody else says about it, instead of reading the Word like Jesus told them to do. "And they are they that testify of me. Search the Scriptures, in them you think you have eternal life, and they are they that testify of me." In other words, listen, "Read the Scriptures and see what the Messiah was supposed to do. See what time the Messiah was supposed to come. Look who was going to forerun the Messiah. Look at the hour. There's to be a voice of one crying in the wilderness: John. And you done to him exactly what you listed. Look what I was supposed to do when I come. And now what have you done? Have I failed to meet this?" See, Jesus speaking, "Have I failed to meet this?"</w:t>
      </w:r>
    </w:p>
    <w:p>
      <w:r>
        <w:t>28. Notice, as we come on down through the Scriptures this afternoon, how that everything that was prophesied of Him happened just exactly the way it was supposed to. They should have knowed this event. "This fanatic, young fellow raised up, about thirty-three years old … or thirty years old, and went down there and claimed all kinds of lights, and doves ascending. And, why, it was just a disgrace." They said, "He was born with illegitimate parents, claimed He was born of a virgin birth."</w:t>
        <w:br/>
        <w:t>Ought they not to knowed that Isaiah said, in Isaiah 9:6, "Unto us a child is born"? Ought not they to know also that the prophet Isaiah said, "A virgin shall conceive"? They ought to have knowed these things. But, you see, the thing of it was, they were applying it somewhere way ahead. And this man, to them, didn't meet the specification. But He asked them, "Search the Scriptures, for you think in them that you have eternal life, and they are the very thing that's testifying to my message." Not what some theologian said, but what God (His own Word) said would take place! Amen!</w:t>
        <w:br/>
        <w:t>So is it now. Search the Scriptures, for they are the one that tells us the hour we're living in, tells us exactly what will take place in this day. They are the ones that you should rely upon, for they are the one that testifies of the person of Jesus Christ. For the Bible said that "He's the same yesterday, today, and forever," because He's the revelation of the Word in the age. Can't be no different.</w:t>
      </w:r>
    </w:p>
    <w:p>
      <w:r>
        <w:t>29. Therefore by listening to men's interpretation, they see the confirmation of God's Word fulfilled, they fail to see it. Because, it's going on all the time, but because they listen… And Jesus said, "They're blind leaders." And if the blind leads the blind, what happens to them? Now remember, the Bible predicted this ecclesiastical age of this Laodicean Age was blind. They had Him outside the church. There's not another age, another church age that Jesus was on the outside. But the Laodicean church age, He was on the outside, trying to get back in, "I stand at the door and knock." He's supposed to be inside. But He said, "Because you say 'I'm rich, increased in goods, have need of nothing,' and don't know---don't know---that you're blind, leading the blind, poor in spirit, wretched, miserable, naked, and don't know it." What a con… If a man was naked on the street, miserable, blind, and knew he had sense enough and you could tell him he was naked, he'd try to do something about it. But when he shakes his head, and says, "I won't have it. Who are you to tell me what to do? I know where I'm standing." Now, if that ain't a pitiful shape, I don't know. And that's exactly what the God of this Bible said that the church would be in, in this evil age right now, in the last church age where we're living.</w:t>
        <w:br/>
        <w:t>Notice, but to the peoples, "As many as I love, I rebuke." Now, if you're rebuked of the Lord, of what you're doing, come out of it then. Get away from it. "As many as I love, I rebuke."</w:t>
      </w:r>
    </w:p>
    <w:p>
      <w:r>
        <w:t>30. Now, seeing God. Now, what if those Pharisees would said, "Wait a minute. That man's give us quite a challenge; He said, 'Search the Scriptures, for in them you think you have eternal life, they testify of me.' It's better that I look back in the Scriptures and find out what He's supposed to do, who He is, what's supposed to take place. I should look back and find out." Instead of that, they went to the priest and asked him, "What about it?" See the difference? They should have been reading the Word.</w:t>
      </w:r>
    </w:p>
    <w:p>
      <w:r>
        <w:t>31. In Hebrews 1:1, the Bible said, "God, in sundry times"---that's old times---"and in divers manners wrote the Bible by the prophets." Now notice, He wrote the Bible by His own chosen way, see. Now, He didn't have to write it that way, neither did He have to save man by blood. He didn't have to preach the Gospel by man; He could let the sun or the moon or the stars preach the Gospel; He could let the winds hum the Gospel. But He chose man. And He chose the way His Word came, and that was by His prophets which were predestinated and foreordained, being a part of God's Word, declaring the revelation of His Word to that age and that time. "For the Word of God came to the prophets only." Never does it come to a theologian. Show me the Scripture. It comes only to prophets. God cannot lie. So God wrote the Bible by His chosen method, and His own chosen prophets; not the prophets man had chose, but the prophets God had chose.</w:t>
      </w:r>
    </w:p>
    <w:p>
      <w:r>
        <w:t>32. Then its believers watch for the fulfillment of what their prophet said, and that's identification that they are God's prophets. Because, first, they're inspired. Next, they say exactly with the Word of the hour. Then that's his credentials. See, we went through that last Sunday. Many false prophets will rise. And we give the illustration of how that Balaam and Moses, both of them anointed with the same Spirit, one of them said, "We're all one. Let's come join, put our girls and all together. We got pretty girls over here, and you boys come over here and take you a nice wife. That's all right, we're all one people, anyhow, the same race." God never did forgive them for it. They listened to that.</w:t>
        <w:br/>
        <w:t>See, the world and the people are watching for some little outlet, some little bypass, some little shortcut, but there is no shortcuts in the Word of God. There's one pattern. You must cut yourself and fit that pattern, not try to cut the pattern to fit you. Everybody must do that. And that's the only way God has of doing it.</w:t>
      </w:r>
    </w:p>
    <w:p>
      <w:r>
        <w:t>33. Notice, now, the believers wait for that Word to be confirmed. See, it was not wrote by man, but by the Lord God, therefore it's not a book of man.</w:t>
        <w:br/>
        <w:t>Somebody said, "It's just some old Hebrew writings." Would the Hebrews write a letter that condemned themselves? Would that fine nation of Jews, self-styled and polished, would they write their own iniquities, condemning them ownselves? Certainly not. Tell of his own sins, how they went into idolatry, how they committed fornications against God's Word? No. No, they'd never tell that, that proud nation.</w:t>
        <w:br/>
        <w:t>It's not a book of man; it's a book of God. And the men who sees the visions or hears the voice of God, never understood it (many times) themselves, in many cases, see. Man didn't write the Bible. God wrote the Bible. It's not a man's book; it's God's book. It is God's thoughts expressed through human lips. That's what makes it the Bible. A thought expressed is a word. And in the beginning was God's thinking, He expressed it through the lips of His prophets and confirmed it by His servants, see. Notice.</w:t>
      </w:r>
    </w:p>
    <w:p>
      <w:r>
        <w:t>34. God does His own choosing, by predestination, chose the prophets for every age. Notice it. He fixes the nature of that prophet to fit that age. See, He fits his style, whatever he does. He fits him whether he's educated or not educated. He fits the gifts, the manner that he will preach in, the gifts he will have, and the message for that certain age. God's predestinated that certain thing to happen and there's not another thing can take its place. Don't care what it is, how many man-made achievements, nothing can take its place. He predestinated the man maybe an ignorant man, He might have predestinated Him another kind of a man. Whatever he is, He gives him his class, his gifts, give him his nature, his style, and whatever it is, how he expresses himself, and whatever he does. He makes the man of the hour to catch the people of the hour. Right. He does it.</w:t>
        <w:br/>
        <w:t>At the end of each age, when the church has turned to the world and sin, and leaning upon man's interpretation of the Word… As ever, they always, at the end of the age, have got in such a mess by their theologians and priests until it's always a mess-up. Always their interpretation is wrong; not one time has it ever failed to be wrong. And not one time has God's Word ever failed to be right. That's the difference.</w:t>
      </w:r>
    </w:p>
    <w:p>
      <w:r>
        <w:t>35. Now you see, God wrote the Bible, Himself. Now, God can speak. Moses said He spoke to him. Jeremiah said, "He put words in my mouth." And God can write. He wrote the Ten Commandments with His own finger. He wrote on the walls of Babylon. And, remember, of the Old Testament alone, two thousand times the prophet said, "Thus saith the Lord!" God can speak, God can write. Certainly. Almost ninety percent of Matthew, Mark, Luke, and John is the very words of God Himself, Jesus Christ speaking. So, if God can write, if God can read, if God can talk, can't He cause others to do the same? Did not He say to Moses, "Who makes man dumb or who gives him speech?" God wrote the Bible by the prophets, His way of doing it.</w:t>
      </w:r>
    </w:p>
    <w:p>
      <w:r>
        <w:t>36. Now, every time that the church gets mixed up (and God foreknew they would, for He foreknew all things), therefore He has His certain prophet ready for that age, to call His election by His a-vindicated Word of signs and wonders, and confirmation of His Word, "confirming the Word with signs following," as He promised. He gives the true interpretation after the prophet himself has been vindicated.</w:t>
        <w:br/>
        <w:t>All but those---the elected---to whom he is sent, hate him. Now, examine every instant and see if that's right or not. Only the ones that He's sent to! "He came to His own and His own received Him not; but as many as did receive Him, to them gave He the power to become sons of God." Notice, every examination of the Word, in every instance, and at the end of every age or climax or junction, as I preached on it many times…</w:t>
      </w:r>
    </w:p>
    <w:p>
      <w:r>
        <w:t>37. Look at the age of Noah, at the climax before judgment. What happened? Noah, it was only his own family that believed the man. The rest of them criticized him. And destroyed the whole world.</w:t>
        <w:br/>
        <w:t>In the days of Abraham, only Abraham's group that believed. When the angels went and preached to Sodom, only Lot and his wife and two daughters come out, and she turned back to a pillar of salt.</w:t>
        <w:br/>
        <w:t>In the days of Moses, only the elected of Israel come out. And Pharaoh hated him.</w:t>
        <w:br/>
        <w:t>In the days of Elijah, everything (almost) but seven thousand men, every one of them hated him, the whole nation.</w:t>
        <w:br/>
        <w:t>In the days of Jeremiah, why, they throwed unripe fruit at him, and called him a fanatic, because he laid on his side for so many days, and the other side, and taken things and made symbols. They hated him.</w:t>
        <w:br/>
        <w:t>Isaiah the prophet, he condemned that race so much till they sawed him in two with a saw. Right.</w:t>
      </w:r>
    </w:p>
    <w:p>
      <w:r>
        <w:t>38. John the Baptist. "He was a wild man down there, some screaming maniac." All but those disciples that he presented to Jesus Christ as a church, "There it is!" John made ready a people. How many did he have? You could count them on both fingers … both hands, your fingers, how many that John presented to Jesus when He come. Now, what about His second coming? Think of it.</w:t>
        <w:br/>
        <w:t>But when the true Bible believers see the Word so openly vindicated for the age, they believe. There's no way to keep them from believing it. They even seal their testimony with their blood. They believe it. It's then… It's to them, the predestinated, for that certain age that sees and believes.</w:t>
      </w:r>
    </w:p>
    <w:p>
      <w:r>
        <w:t>39. Others just can't see it; they're blinded. Now, you say, "They can't see it." Now, like Balaam, why couldn't Balaam see that? He was a prophet, anointed. Why couldn't Pharaoh see it? When he seen the hand of God come down and perform miracles, it only hardened his heart. Is that right? Why couldn't Dathan see it, a Jew himself? Right out there, had come through the Dead Sea, and eat the manna every night, that fell fresh, and still couldn't see it. Why didn't Korah see it? Why didn't Caiaphas see it? He was the head religious man of the world at that time. Why didn't he see that was the Messiah? Why didn't Judas see it? Judas was right with them, walking with them, performing miracles with them. But the Word had to be fulfilled. The Bible says they was raised up to take that place. They was raised for that purpose. That's true. Romans 8 says that.</w:t>
      </w:r>
    </w:p>
    <w:p>
      <w:r>
        <w:t>40. Now, the believers can see the Word is made flesh in their generation, God speaking. Now, them real true believers, them seven thousand… Or was it seven hundred in the days of Elijah? Seven thousand is right. In the days of Elijah, there was seven thousand men out of about two or three million that saw that that was right. Not even a hundredth of the people, hardly. But they saw it was right. They saw God manifested. That old widow that Elisha was sent to, she went to get those sticks, to make a cake, and just enough to make a cake for her and her son, and then die. But watch Elijah; he said, "Make me one, first. For thus saith the Lord, 'the barrel will not fail and neither will the cruse run dry until the day the Lord God sends rain upon the earth.'" No question, she took right off to make the cake and give it to him. Said, "Make mine first, and then go make one for you and your son." For she heard that man and looked at him, she was a predestinated seed.</w:t>
      </w:r>
    </w:p>
    <w:p>
      <w:r>
        <w:t>41. Many of them say, "There's that old crank again. God's cursing us because of him." Remember Elijah, said, "You're the one that's troubling Israel."</w:t>
        <w:br/>
        <w:t>He said, "You're the one that's troubled Israel." See who God … who's Word He was vindicating? His own Word.</w:t>
        <w:br/>
        <w:t>Now, the Bible says they was raised up for this purpose, but when … the unbeliever. But now when the true believer can see the Word of that age made flesh, God speaking through human lips and then doing exactly what He said He would do, that settles it.</w:t>
      </w:r>
    </w:p>
    <w:p>
      <w:r>
        <w:t>42. Now watch the rest of it. Don't watch signs. If you watch signs, you'll be fooled as sure as the world. False prophets will rise and show signs and wonders that'll deceive the elected if it was possible. Watch the Word. Look at these priests, these prophets, Hebrew prophet standing there. Zedekiah with two great big horns, and saying, "I am a ordained of God prophet." True. "I have three hundred and ninety-nine right here with me, and the Holy Spirit upon us, confirming and saying that land belongs to us. Let's go up and take it. And by these horns, Ahab, you'll push the enemy off of our ground, for God gave us the ground."</w:t>
      </w:r>
    </w:p>
    <w:p>
      <w:r>
        <w:t>43. Watch that religious man, good man, Jehoshaphat, said, "Haven't you got one more?"</w:t>
        <w:br/>
        <w:t>"One more? There's four hundred in agreement!" He said, "Yes, there's one more around here, but I hate him." Said, "He's always bawling all of us out and telling us what great sinners we are, and everything. I hate him. He's Micaiah, the son of Imlah."</w:t>
        <w:br/>
        <w:t>He said, "Oh, don't let the king say so. Go get him and let's hear what he says."</w:t>
        <w:br/>
        <w:t>So they brought him down there. He said, "Give me tonight and I'll see what the Lord says about it."</w:t>
        <w:br/>
        <w:t>Ahab said, "I adjure you, don't you tell me nothing but the truth."</w:t>
        <w:br/>
        <w:t>And the man come, said, "Now, if you want to get back in good fellowship, say just like the rest of them."</w:t>
        <w:br/>
        <w:t>Micaiah said, "I'll say just what God says."</w:t>
        <w:br/>
        <w:t>And the next morning they come out. And the kings put their robes on, sat in the gate, all of the celebrity. And the prophets standing there, said, "Now, fanatic, what you say about it?"</w:t>
        <w:br/>
        <w:t>Said, "Go on up." Said, "But I seen Israel scattered like sheep having no shepherd."</w:t>
      </w:r>
    </w:p>
    <w:p>
      <w:r>
        <w:t>44. He took his hand and smacked him in the mouth. The prophet smacked the prophet in the mouth. Now, both those anointed prophets standing there prophesying, four hundred against one, that looked pretty strong. Now, in the multitude of counsel it's not always safety. Depends on where they're … what they're counseling about, what their counsel is. There wasn't safety there for the king, and he took that multitude for their counseling to be right. But if he had just stopped and turned back the scroll and look where Elijah had just said.</w:t>
      </w:r>
    </w:p>
    <w:p>
      <w:r>
        <w:t>45. Then, Micaiah couldn't say anything; he didn't know but maybe God forgave him for it. But first, being a prophet, he went to God to find out what God said. And he found out what God said. He said, "I saw God sitting upon a throne, and He said… had all of His counselors of heaven gathered around Him, said, 'Who can we get to go down and cause Ahab to come out here so we can otherwise fulfill the prophecy that's made about him?'"</w:t>
        <w:br/>
        <w:t>See, prophecy, Elijah had already said, "The dogs will lick your blood."</w:t>
        <w:br/>
        <w:t>And so he said he seen a lying spirit go up from beneath, come up, come up before Him, said, 'I'll go down and get in his prophets, Ahab's prophets, and cause them to prophesy a lie."</w:t>
      </w:r>
    </w:p>
    <w:p>
      <w:r>
        <w:t>46. Now, God knew that them men was so puffed up and so full of theology that they thought they had everything right. They had never noticed the Word for the hour. So God said, "You will succeed, go on down." And when Micaiah said that, that made them prophesying under an evil spirit. They'd have jerked the plug out of the telephone or turned off the radio, or done anything, they heard that coming against them, got up and walked out. But look what happened. Now, Micaiah had to check his vision with the written Word, therefore he knowed.</w:t>
        <w:br/>
        <w:t>He said, "When I come… Put that man in prison, give him waters of sorrow and bread of sorrow. When I return, I'll deal with him."</w:t>
        <w:br/>
        <w:t>He said, "If you come back at all, God never spoke to me." That's when he knows his vision is exactly with every word for that hour. It was Ahab's time.</w:t>
        <w:br/>
        <w:t>Brother, sister, this is the hour and the time of the calling out of Babylon. The evening lights are here. Walk in the light while it is light. Notice, the believers saw the Word manifested and believed it. Jesus said, "My sheep know my voice, my Word, my signs of the age. A false one they'll not follow."</w:t>
      </w:r>
    </w:p>
    <w:p>
      <w:r>
        <w:t>47. Now let's get to our text, because I see I'm going to get away; I want to emphasize on that prayer line a lot. Let's get back to the text now we got under consideration, here for a minute. Well, it'll happen again like it always did, as usual.</w:t>
        <w:br/>
        <w:t>God sent His prophet, John, as His Word had said, promised in Malachi 3, "Behold, I send my messenger before my face, to prepare the way." John witnessed the same thing. And we find out also, in Isaiah 40:3, that Isaiah said, "There will be a voice of a prophet, one crying in the wilderness, 'Prepare the way of the Lord.'" All those prophecies! And look, notice quickly, the Scripture identified him.</w:t>
        <w:br/>
        <w:t>When they said, "Who are you? Are you the Messiah?"</w:t>
        <w:br/>
        <w:t>He said, "I am not."</w:t>
        <w:br/>
        <w:t>"Are you Jeremiah? The prophets, or one of them?"</w:t>
        <w:br/>
        <w:t>He said, "I am not. But I am the voice of one crying in the wilderness, as saith the prophet Isaiah."</w:t>
        <w:br/>
        <w:t>Do you think they'd believe that? No, sir. Why? He didn't come through their church. He wasn't of their… See, he went in the wilderness at age of nine years old, and come out at thirty. His message was too great to go through a school of theology; he was the one to introduce the Messiah. And everybody would be pulling this way and that way. And God sent him in the wilderness after the death of his father, Zacharias. And he was a priest, but he never followed the line of his father.</w:t>
        <w:br/>
        <w:t>'Cause, prophets don't come out of such things as that. They come from the rugged lands, the wilderness. No man knows where they come from or how they arise on the scene, or any of their history. They just come right out and preach the Word, and God takes them off, and away they go; condemns that generation, and moves on into His Word, waiting for the great day.</w:t>
      </w:r>
    </w:p>
    <w:p>
      <w:r>
        <w:t>48. The church did not believe him, because he was not known of them. They had no record of his ordination on their books, so therefore they refused him. See, they didn't believe God's vindicated Word, plainly, letter by letter. See? Malachi 3, two scriptures to a-vindicate him, Malachi 3 and Isaiah 40:3. See, both those Scriptures spoke of a man coming, preparing the way of the Lord. He met every specification of it.</w:t>
        <w:br/>
        <w:t>He was to be a prophet. "I'll send to you Elijah." And there he was, in every rugged way. Watch how his nature blended in with Elijah. Elijah was a man of the wilderness, so was John, the outdoors. He wasn't a smooth man; he was a rugged man.</w:t>
        <w:br/>
        <w:t>Notice again, Elijah was a woman hater; he told Jezebel about all of her paint and where to get on and off at. So was John. Jezebel tried to kill Elijah, swore by her gods that she'd take his head off of him. So did Herodias, See.</w:t>
        <w:br/>
        <w:t>Always watch their message, watch what they did. Now we find out if they would have looked back and seen what the Bible said, and watched the nature of the man and how perfect he was in time with the Scriptures and everything, they ought to have knowed that was him. About a half a dozen knew it. That's right. Not over a half a dozen realized it. They went to hear him, but they didn't believe it, see. Why? They did not believe the identification of prophecy in their hour.</w:t>
      </w:r>
    </w:p>
    <w:p>
      <w:r>
        <w:t>49. Notice, they laughed at him, calling him some screaming, wild unlearned fanatic with no schooling, "hit, hain't, tote, carry, fetch," so forth. As usual they judge him by his education. They judge him by his grammar, by the way he dressed. He had a piece of sheepskin around him, and a camel skin belt on; he was all hairy. Walking out in the waters; no church, no pew, no cooperation. They couldn't accept that. They was worshipping the god of the world, see.</w:t>
        <w:br/>
        <w:t>I don't mean to say now there's not false prophets that comes out, like Jannes and Jambres. But the way you want to do, is check the original message by the Word, then you got it; what age it's in, and what's prophesied for that age.</w:t>
      </w:r>
    </w:p>
    <w:p>
      <w:r>
        <w:t>50. Then John's prophecy was vindicated in God's own order. Watch how perfect. The Bible said, "The Word of the Lord comes to the prophet." And Jesus was the Word. And John was prophesying of the coming of the Word for fulfillment, and Jesus the Word came to the prophet, in the water. Oh, how beautiful. How unfailing is the… See? The Word was a scarce thing in that day. Here come the prophet, saying, "I am the voice of the Word."</w:t>
        <w:br/>
        <w:t>They said, "What must we do?"</w:t>
        <w:br/>
        <w:t>Said, "I'm not worthy to unloose His shoes. But there's One standing among you, somewhere, He will be the One that'll baptize you with the Holy Ghost and fire. His fan is in His hand and He will thoroughly purge His floor, and burn the chaff with unquenchable fire, take the grain to the garner." Oh, what a prophet! Jesus said there was never a man born of a woman as great as he, to that day. Oh, how blusterous! How he knowed where he was standing! He knowed exactly. He had heard from God, and it was exactly with the Word, so he didn't care what people said. He preached it and prophesied it anyhow. And watch, when a man stands for what is truth, then God's obligated to vindicate that man the truth.</w:t>
      </w:r>
    </w:p>
    <w:p>
      <w:r>
        <w:t>51. When Moses come down there in Egypt, and said, "I was in the wilderness yonder, and I seen a tree on fire, and it didn't consume. I went up to the tree, and when I did, there was a great pillar of fire hanging in there. And a voice said, 'I AM THAT I AM.' And He told me to take this stick and come down here and perform these miracles, and God will vindicate His Word." He stretched out his stick, there come fleas and flies, and darkness and so forth. And then to vindicate that prophet, He brought those believers right back to the mount, and God came down in the same pillar of fire, right on the same mountain, and proved that that was right.</w:t>
        <w:br/>
        <w:t>Now look what He's done in this day. Exactly.</w:t>
      </w:r>
    </w:p>
    <w:p>
      <w:r>
        <w:t>52. Now, the Word come to the prophet and vindicated him to be the true person, the very person that the Scriptures said that he would be. Quickly now. But, again, Jesus came in a different form from their man-made interpretation of the prophecy. Man had interpreted what it would be. Certainly. The Presbyterians thinks that it ought to be them. Watch when God does anything, watch every other organization rise up with one. Yeah, yeah, always been that way. They got a Jannes and Jambres everywhere. Notice, they said part of the Word. But, according to the prophet's word, every letter!</w:t>
      </w:r>
    </w:p>
    <w:p>
      <w:r>
        <w:t>53. They missed it again, as usual, called Him a fortuneteller, a devil, Beelzebub, and said He made Himself God, when they ought to have knowed by their very Bible that He was God. Notice, He was prophesied by Isaiah, Isaiah 9:6, said, "His name shall be called the mighty God, The everlasting Father." There ain't going to be no more fathers after that, because He was the first Father in the beginning; He's the only Father. Said, "Don't you call any man of this earth, 'Father', either, after that." He's the mighty God, and the everlasting Father, the Counselor, the Prince of Peace. Certainly.</w:t>
        <w:br/>
        <w:t>Now, they had done to Him what all the prophets listed that they would do, just as they are doing in this very Laodicean age, put Him out of the church. "Blind, naked, and don't know it." Just what the prophet said, the prophet of the Bible. Blinded by man's traditions, they put Him out, the Word, out of their churches, as usual, as prophesied of them.</w:t>
      </w:r>
    </w:p>
    <w:p>
      <w:r>
        <w:t>54. Notice now, quickly now. Don't miss this now. Here's the text, how Jesus made Himself known to these two disciples that He was their Messiah! Now, all eyes this way. And out in the land, don't miss this now. We've tried to tell you that the Bible is the Word of God, wrote by God Himself, through the lips and instrumentality of men. God can write, Himself. God can speak, Himself. God can do what He wants to, but He chose men to do it because the men that wrote it is part of God. So God wrote the Bible. The men didn't even know what they were writing, in their own human thinking. They might disagree with it, but they wrote it. They couldn't. The Bible said, "Men of old, as they was moved by the Holy Ghost…" God moved their hands, moved their eyes in the visions. They could say nothing but what they were looking at. They could speak nothing, 'cause He had full control of tongue, finger; every organ of the body was in full sway with God. No wonder the Bible said they were gods; they were a part of God. He was the fullness of God.</w:t>
      </w:r>
    </w:p>
    <w:p>
      <w:r>
        <w:t>55. Notice how Jesus, the Word, made these two heart-broke disciples know He was their Messiah, the Messiah, the promised Word. Notice what He done: He appealed to prophecy. Notice, "Fools, slow to believe all that the prophets wrote." Now, He never said, "Well, what does the church say about it?"</w:t>
        <w:br/>
        <w:t>They give Him the story. They knowed all the events that happened. They was all sad. They begin to tell Him, "Are You just a stranger here, or You don't know what's happened in Jerusalem?"</w:t>
        <w:br/>
        <w:t>He said, "What things?"---like He didn't know. See, He does things sometimes just to see what you'll do about it. See? Said, "What things? Who was it? What's happened?"</w:t>
        <w:br/>
        <w:t>"Are You just a stranger?" And was talking right to the man they had lived with for three and a half years, and didn't know Him.</w:t>
        <w:br/>
        <w:t>"What things? What happened?"</w:t>
        <w:br/>
        <w:t>Well, they said, "Jesus of Nazareth, which was a Prophet. There's no doubt in our mind, He was mighty in word and deed before all the people. We seen Him do things that He was identified the Prophet of God for this age. We know that. And we believed that He would be the Redeemer, that He would redeem Israel."</w:t>
        <w:br/>
        <w:t>Then He turns and said, "You fools, slow of heart, to believe that all that the prophets said about Him wouldn't come to pass?" Watch Him. Now go back to prophecy. What a rebuke for believers, claimed they believed Him.</w:t>
      </w:r>
    </w:p>
    <w:p>
      <w:r>
        <w:t>56. Notice how He approached the subject. He never come right out and said, "I am your Messiah." He could have done it, for He was. But notice, He identified Himself in the Word, then they would know. If He would have said it… He could have said that and it wouldn't have been so; but when He went and begin to speak on all the prophets said about Him, and they seen it, then they could tell themselves, if they were God's children. But called their attention to what the prophets had foretold and said to look for in the time that the Messiah, His age would be manifested. He, as John, let the Word, the Bible identify their message. Any true prophet would do it. Right. He didn't come out and say, "I am He. I am…" That's not a true prophet of God, see. But He said, "Go back in the Scriptures." See, He never fails His way of doing it, see.</w:t>
        <w:br/>
        <w:t>He said, "We know Moses."</w:t>
        <w:br/>
        <w:t>He said, "If you would have knowed Moses, you'd know me." He said, "Moses wrote of me." Said, "Search the Scripture; in them you think you have eternal life, and the Scripture is what testifies of me. Go and look in the Scripture and see it."</w:t>
      </w:r>
    </w:p>
    <w:p>
      <w:r>
        <w:t>57. Here He never changes His way of doing it, never has changed. He never can change, because He's the unchanging God, see. Notice, He went right back to these two disciples, Cleopas and his friend, on the road to Emmaus, and said … appealed to the Scriptures to them, said, "Why are you so foolish to not to believe that every Word the prophets wrote concerning the Messiah would have to be fulfilled?" Oh, what a day!</w:t>
        <w:br/>
        <w:t>John did the same thing. "Search the Scriptures, look back, said there'd be a voice of one crying in the wilderness. Where did I come from?" That should have made it plain to them. Right.</w:t>
        <w:br/>
        <w:t>It should make it plain today, the thing that we see the Holy Spirit doing. He once said, "Search the Scriptures." And He wants us to do it today.</w:t>
      </w:r>
    </w:p>
    <w:p>
      <w:r>
        <w:t>58. Notice, He begin with Moses' prophecy, the Bible said, "He, beginning with Moses and all of the prophets," but He started with Moses. "A Prophet," said Moses, "the Lord your God shall raise up among you people, among the people. The Lord God shall raise up a prophet."</w:t>
        <w:br/>
        <w:t>Now He might have said, "Cleopas, and your friend here, did not Moses say that in these days the Lord God would raise up a prophet? And this man that they crucified, did He meet that qualification? Now, Moses prophesied this. And now you haven't had a prophet for hundreds and hundreds of years, and here this man raised up. And what was this man's forerunner, did you say?" Get it? And all the prophets said about Him, for His age, He spoke to them. It sure would have been interesting to listen at Him. Wouldn't you liked to heard Him? I'd liked to have heard Him, to hear Him, what He said that the prophets said about Himself, but He never said it was Him. He just showed them a prophecy. He just said, "The prophets said this would happen," see.</w:t>
      </w:r>
    </w:p>
    <w:p>
      <w:r>
        <w:t>59. Let's just go back a few minutes, and now let's listen to the words quoted from Himself. Watch here, the Word itself quoting the Word of Himself. The Word itself quoting the Word of Himself. Not tell them that He was that, but just let the Word speak for itself, then they know who He was. The letter of the Word, quoting the Word in… The Word in flesh, quoting the Word of the letter being fully identified with Himself. Look here, now let's listen to Him quote. How now we know that they were all briefed of the late happenings, that is, of the crucifixion and of the story of the resurrection, the tomb, as we just read. Now He goes straight to the Word of prophecy about Himself. Now let's just think that He said this; He said a lot more than this, but watch.</w:t>
      </w:r>
    </w:p>
    <w:p>
      <w:r>
        <w:t>60. Let's say, hear Him say, "Turn over to Zechariah 11:12. And wasn't the Messiah to be sold, according to the prophet, for thirty pieces of silver? You just said that this man was sold for thirty pieces of silver. Turn over." You getting them scriptures? Zechariah 11:12. And then He said, "Did you notice what David said in the Psalms, Psalm 41:9? He would be betrayed by His friends. And then again, in Zechariah 13:7, He was forsaken by His disciples. And in Psalms 35:11, accused by false witnesses. You just said He was. Isaiah 53:7, He was dumb before His accusers. Isaiah 50:6, they scourged Him, the prophet said. Psalms 22, He was to cry on the cross, 'My God, my God, why hast thou forsaken me?'" Did He do that, day before yesterday afternoon? Psalms 22 again, :18, His garments was parted among them. Did they do that? And Psalms 22:7 to 8, mocked by His enemies, the church. Psalms 22 again, there was not a bone in His body to be broke, but 'they pierced my hands and my feet,'" He said. Holding His hands behind Him no doubt, at the time. "Isaiah 53:12 said He would die between malefactors. Isaiah 53:9 said He was buried with the rich. Psalms 16:10 said, 'I will not leave His soul in hell, neither will I suffer my Holy One to see corruption.' And was not Malachi 3 the forerunner of this man?" Oh, I'd like to have heard Him quote that. Look at the prophecies. Notice, then all the types He might have went through, about Isaac, in Genesis 22, how God foreshadowed Isaac, how father Abraham took his own son, packing the wood up the hill, and offered up his own son.</w:t>
      </w:r>
    </w:p>
    <w:p>
      <w:r>
        <w:t>61. It was now beginning to soak into them. He had done told them they were fools for not looking at the prophecy for that day. And now it begin to soak in, begin to see the fulfilling of all this that had taken place in the last few days, in the last two or three years, the vindicated prophecy of the age. It was then that they knew that their crucified friend, Jesus, had fulfilled every word of this. Oh, it was then that they knowed that that man truly was that Messiah, that He should raise from the dead. The grave couldn't hold Him. "I will not suffer my Holy One to see corruption." There's not one Word of prophecy can ever fail. And He did raise.</w:t>
      </w:r>
    </w:p>
    <w:p>
      <w:r>
        <w:t>62. "Then them messengers down at the tomb this morning was right. He is risen from the dead. He is alive. He is that Messiah." Why? Don't fail it. His action, His ministry and everything He's done has been vindicated exactly the words that the prophet said would take place for this day. That's done it. Then they knowed that it was Him, their crucified friend, Jesus, that had done it. No wonder their hearts burned within them as He talked to them. Now they had walked six miles, and it seemed like a short time.</w:t>
      </w:r>
    </w:p>
    <w:p>
      <w:r>
        <w:t>63. And here's another thing they had done, you know, they had heard a six-hour sermon on prophecy being vindicated. That's what He talked to them along the road. Just as soon as they started down the road, He stepped out, for He was right there at Jerusalem. Six hours later, sixty furlongs, they was right down the road six miles to Emmaus. That's what it is. And he had preached, confirmed prophecy for six hours. Don't condemn me on my three, then, see, see. But notice, they had preached… They had heard a six-hour sermon on prophecy being confirmed, vindicated.</w:t>
      </w:r>
    </w:p>
    <w:p>
      <w:r>
        <w:t>64. Now it was getting along towards evening time. You know, He's the same yesterday, today, and forever. It was then that He opened their eyes to know that (Hebrews 13:8) He's the same yesterday, today, and forever. At the evening time, events are made clear by the prophecy. What's taking place in the modern hour can be easily identified if you'll just believe the prophecy of the hour.</w:t>
        <w:br/>
        <w:t>"Yes, fools, slow of understanding, slow to believe (you keep pondering over it), to believe that all the prophets said about the Messiah, wouldn't it have to happen?" Now He checked these points all back and showed what the prophet said that would happen. Then they begin to understand. So He said … acted like He was going to go on by. They liked this man. They said, "You've give us something. We never thought that. He is alive somewhere." They was talking to Him, didn't know it. So, no doubt He looked at them sadly, and He started to walk on by, but He was waiting for them to invite Him. That's what He's waiting tonight, for you to invite Him.</w:t>
      </w:r>
    </w:p>
    <w:p>
      <w:r>
        <w:t>65. And notice when those disciples invited Him into their fellowship around the table, it was then that He done something just like He did before His crucifixion, and their eyes come open. They knowed His manner, His style. They knowed what He done, and He did it then just like He did before. And they said, "That's Him!" And quickly they raised up to scream it out, and He vanished. And where they took six hours to listen to this sermon, maybe twenty minutes they were light-footed back to tell the rest of them, "He's risen indeed. He is really alive."</w:t>
      </w:r>
    </w:p>
    <w:p>
      <w:r>
        <w:t>66. Friends, this is the fulfillment of Malachi 4, St. Luke 17, St. John 15, oh, so many, Revelation 10, so many prophecies that can be pinned exactly to this day. And also in the book of Mark and in Matthew, where He said these great signs and wonders would appear in the sky, and people call them saucers, flying saucers, can vanish with the power and quickness of a thought, intelligence that can move in. He can write, He can speak, He can do whatever He wants to. The great pillar of fire, the same yesterday, today, and forever. And sights coming upon the earth, pyramids, the smoke rising into the air, way above where there cannot be no humidity nor nothing, thirty miles high. Predicted a year and a half before it happened, that it would be that way. Then turn the picture and see who it is looking down. Not one word has ever failed that's been told, and here's God's written Word, confirming it's the truth. And it's evening time again. I wonder if He would return, by grace, tonight and do something now like He done back there. Let's pray and ask Him. Events made clear by vindicated prophecy.</w:t>
      </w:r>
    </w:p>
    <w:p>
      <w:r>
        <w:t>67. God Almighty, help us. Help us, dear God, to understand, to understand the things that we should know, understand Thy Word. And now, Lord, we have heard sermons now for nearly two thousand years, writings of books. And in this last days here it's slipped right back again, and now it's towards evening time. The Methodists, Baptists, Presbyterians, and many of them down through the age has talked with You, and maybe just along the way of this great day that hasn't been either night or day, as the prophet said, but in the evening time it'll be light. Jesus rose from the tomb and appeared to Simon and to the women, and showed them that He was alive. That was the morning. And then in evening He come back again. But He did walk to them through the day, rebuking them for their blindness, but then He made Hisself known to them in the evening time.</w:t>
      </w:r>
    </w:p>
    <w:p>
      <w:r>
        <w:t>68. God, come into our fellowship tonight that we have around the Word. God, it's so scarcely believed today amongst the people, but I'm thankful that there is some that You have called and ordained them to eternal life, and You said, "All that the Father has given Me will come." And now while the evening lights are shining, while You have permitted, Lord, that not one prophecy (out of the hundreds that's went forth) has ever failed one time. Then truly if that identifies, it has to be You, because no person could be that accurate. Just like the Bible, no man could write, no one in the space of sixteen hundred years, by forty different writers, could write, and not one error be in it. Dear God, I pray that You will manifest Yourself tonight, of Hebrews 13:8, that You're the same yesterday, today, and forever. And the works that You did then, You do today. And You promised it; You said, "In this last days, when the world is sitting like Sodom and Gomorrah, perversion." We look at these boys just so much like girls, wearing clothes like them, and see the girls trying to act like boys, and see the women and men in this perverted age, see sex appeal has become a idol of worship. The Gospel has been pushed out to one side, and nakedness in the Laodicea church. O God, what a hour! Come, Lord Jesus, make Yourself known to us. For we ask it in Jesus' name.</w:t>
      </w:r>
    </w:p>
    <w:p>
      <w:r>
        <w:t>69. Now while you have your heads bowed and your eyes closed, I'm going to ask you something. You believe that God is here? Do you believe that the things it's doing today is prophecy fulfilled? Do you believe that Jesus Christ is the same yesterday, today, and forever? Do you believe when He was here and manifested in the flesh for that day, and the works that He done there, was to be repeated again in this day? The prophet said so. The Bible said so. All Scripture must be fulfilled; it cannot fail. How did He identify Himself? By being that prophet that Moses spoke of. Knowed the secrets of the hearts of the people. The woman touched His garment; He turned and said, "Thy faith has saved thee." When Simon Peter come up to Him, He knowed His name, told Him who he was, who his father was. That same lovely Jesus is not dead, He's alive forevermore. Praise be to God! And I believe, in this evening time now, He's called us together again.</w:t>
      </w:r>
    </w:p>
    <w:p>
      <w:r>
        <w:t>70. O Lord Jesus, come among us. Don't pass us by. Come, stay all night with us till this night is over, then let us go with You tomorrow, that we might know You in the power of Your resurrection, that Your love and grace and mercy might be with us. O eternal God, grant these things. We know that only God alone can grant them.</w:t>
        <w:br/>
        <w:t>In the solemnness of this hour, let us say this: God, our Father, our flesh is a poor tabernacle for You. But, Lord, let Your sanctifying grace, Your Holy Spirit, come now. Cleanse us from every doubt and every flusteration, every suspicion and every line of skepticism that would be in us, that we might be free without one doubt; come out, confess boldly like Peter, "Thou art the Christ, the same yesterday, today, and forever."</w:t>
      </w:r>
    </w:p>
    <w:p>
      <w:r>
        <w:t>71. We believe that Thy Word is truth, Lord. Let us just see before we start this prayer line, Lord, and make Yourself known to us. And as You said, as it was in the days of Lot. When Abraham, that called-out group waiting for a promised son, Lot was down there hearing a modern Billy Graham and an Oral Roberts to that denominational setup down there, as a nation. But Abraham was a sojourner without any organization, just this little group wandering about through the land that he was to heir. "And the meek shall inherit the earth." One day, under the shade tree, while they were sitting, resting, God came down in a form of a man. Two angels went down into Sodom. And God, in human flesh, proved that He was. He said, "Abraham, where is thy wife, Sarah?" A few days before that, he was Abram, and S-a-r-r-a, Sarra; not Sarah, "princess." And You called her by her princess name, the daughter of a king. You called Abraham by his name, Abraham, a father of nations. And You said, "I am going to visit you."</w:t>
      </w:r>
    </w:p>
    <w:p>
      <w:r>
        <w:t>72. God, how that prophet's heart must have jumped. He knowed who You was right then. No wonder he washed Your feet, brought out all the food that he had, the very best, laid it before You. He knew that was God there. Then He said, "Where is Sarah?" as if He didn't know.</w:t>
        <w:br/>
        <w:t>And Abraham said to Him, "He's in the tent … she's in the tent behind You."</w:t>
        <w:br/>
        <w:t>And You said what was going to happen. And she, in her heart, doubted it. And then You said to Abraham, "Why did Sarah doubt that, saying in her heart, 'These things can't be'? Is anything too hard for God?"</w:t>
        <w:br/>
        <w:t>O God! Jesus, manifested God of the Word, You said, "As it was in the days of Sodom," the world would be in that condition just before the destruction of the Gentile world, the Gentile dispensation. Here we are, Sodomites to the core. And then You said that the Son of man, which is always referred to as a "prophet," would be revealed in that hour. Fulfill Thy words, O God. We, Your believing children, wait with sincere hearts, to give us faith, Lord, that, when we have the prayer line, the people will believe. It's evening time, Father. Let the evening lights of the Son of God (He that was, and which is, and shall come) manifest Hisself by the prophecy that He's made. In Jesus Christ's name. Amen.</w:t>
      </w:r>
    </w:p>
    <w:p>
      <w:r>
        <w:t>73. I am now ready to pray for the sick. But it's a strange thing how that when we stand here, and here I stand here now making a challenge to the public, and hooked up across the nation, that God still is God. He cannot fail, and what He promises, that He'll do. He'll never fail to do it, for He promised to do it. Therefore I can place solemn confidence in what He said. Therefore I look for His coming, I look for Him to appear at any time, because He said, "In an hour that you think not, the world thinks not," then He will appear. Now, so far as I know…</w:t>
        <w:br/>
        <w:t>I'm in my Tabernacle here, and there's a few people sitting here that I do know. Brother Wright, a few of these sitting here, right along here, I do know. But there's many of you I do not know. And I have no way of saying that God will do this tonight. We have seen Him do it for the past years and years, but He might not do it tonight. I don't know. That's up to Him; He's sovereign. He does what He wishes to; no one can tell Him what to do. He abides alone, in His will and His ways. But because that He promised it, I'm asking Him to do it. Not for our sake, that we need it, but maybe for some strangers' sake, that the Holy Spirit might be anointed … now, anointing upon us. Now, no matter how much He anoints me, He's got to anoint you, too, certainly, to believe.</w:t>
      </w:r>
    </w:p>
    <w:p>
      <w:r>
        <w:t>74. Now I want to have a prayer line, and I want to pray for the sick as much as I can. Now, we can either have a line, to call the people and bring them up here, a prayer line and pray for everybody here that's sick, I suppose, have my minister brothers to come here with us, and lay hands upon you. We can sure do that. Or either we can ask our Father, who is the only One that could do anything for you, because my hands is just a man like you men. But the thing of it is, it isn't the human hand that does it; it's the Word of God. Faith in that Word is what does it. No scientific thing about it; it's altogether unscientific.</w:t>
        <w:br/>
        <w:t>There's not one thing the Christian has in his armor that's scientific. Did you know that? Love, joy, peace, long-suffering, goodness, meekness, gentleness, patience, faith, Holy Ghost: everything is unseen by science. And that's the only thing that's real and lasting. Everything you look at come from the earth and goes back to the earth. But the things that you can't see with your eye, but see it declare itself, that's the world of eternal.</w:t>
      </w:r>
    </w:p>
    <w:p>
      <w:r>
        <w:t>75. Would you believe, if God would manifest Himself and show that He is here alive, doing the same things that He did at the beginning, after this message, would you accept it as your healing? May God grant it. Now I'm asking anybody in the house, no matter who you are or where you're from, I'm asking you just to solemnly believe this message to be the truth. That is the message that God has in His Bible for this hour, that Jesus Christ is here tonight and is alive. Now nearly…</w:t>
        <w:br/>
        <w:t>All you people know of me; I'm right here in town where I was raised up. I don't even have a grammar school education. That's exactly true. And you've knowed me long enough, I hope I've lived before you to show you that I'm honest and sincere. I'm not a hypocrite. Even my critics don't say that. They just say, "You're not a hypocrite, but you're just simply wrong. You're just ignorantly wrong, not willfully." I don't think that I'm ignorantly wrong, because the Word of God testifies of my message, and it should tell you who it is. And you clearly hear me say it isn't me, so then it has to be Him. Is that right? Have faith in God then. And look this a-way, and you believe God. If you can believe God, God will grant to you. If He can do that like He did before, then He's still God. You believe that?</w:t>
      </w:r>
    </w:p>
    <w:p>
      <w:r>
        <w:t>76. You believe it? A lady sitting here before me, looking at me, tears in her eyes, sincerely. I don't know who she is, never seen her. I'm a stranger to you. Do you think God knows the secret of your heart, your desires, or your sin, or whatever it is? You think He knows? You think He could reveal to me what your sin is, what you've done, what you ought not have done, or your desire, whatever it is? If He would do it, would it make you believe Him, know that it has to be Him? Would you accept it as Him? It's not your sin that's bothering you; you've confessed that. But you're wanting the baptism of His Holy Spirit. You shall receive it. I see it move down across her.</w:t>
        <w:br/>
        <w:t>That you might know that I was looking at the woman---she was looking at me---I want to show you the Holy Spirit. Look here, right over this little woman sitting here down beneath my feet here. When I said that, that's the same thing she wants, is the baptism of the Holy Ghost. You believe that you're going to receive it, sister? Raise up your hand, then. I've never seen the woman in my life, knowingly.</w:t>
      </w:r>
    </w:p>
    <w:p>
      <w:r>
        <w:t>77. See this man sitting here with his head down, sitting right there, with his collar mis-fitting him, and so forth. You suffer with a bladder trouble. You believe that God will make you well? Raise up your hand if you'll accept it. All right, God grant you your request.</w:t>
        <w:br/>
        <w:t>This young man sitting right here, wanting the baptism of the Holy Ghost. You believe God will give it to you, sir, with your white string tie hanging back? God will grant it.</w:t>
        <w:br/>
        <w:t>This man here is praying for his wife. She's in an institution. You believe that God will heal her, make her well? You believe it? You can have it.</w:t>
        <w:br/>
        <w:t>With your hand up to your throat, you believe that God can heal that heart condition that's bothering you, that stomach trouble that you have? You're sitting there, suffering right now. Is that right? You believe He heals you? Then you can have it. Amen.</w:t>
      </w:r>
    </w:p>
    <w:p>
      <w:r>
        <w:t>78. You see, He's the same yesterday, today, and forever. Ask those people, see if I know them. I don't, but He does. Amen. See that light on the side of the wall yonder, hanging right down over a man sitting there. He's suffering with a spinal condition in his back. He's not from here; he's from Georgia. Mr. Duncan, believe with all your heart, God will heal that back trouble. You believe with all your heart? God bless you.</w:t>
        <w:br/>
        <w:t>Here's a man sitting way back here, with back trouble, looking at me. I don't know him, but it's Mr. Thompson. You believe? Raise up, sir, back there, so that… I'm a stranger to you. That's right. But you're sitting there, praying. Your back trouble's healed now. Jesus Christ makes you well.</w:t>
      </w:r>
    </w:p>
    <w:p>
      <w:r>
        <w:t>79. "It shall be light just about the evening time." Don't you see, He's here tonight. He's the great I AM. He's the same yesterday, today, and forever. Do you believe it? Are you satisfied and convinced that this is Jesus Christ making Hisself known, identifying Himself in prophecy?</w:t>
        <w:br/>
        <w:t>Don't worry about the eye; God heals the sick and the afflicted.</w:t>
        <w:br/>
        <w:t>How many people… How many's in here, sick? Let's see your hands. Just seems like it's such a pull and a strain. Have any of you people got prayer cards? I don't know how I'd get you through here. I want to pray for you, and I don't know how to do it. You see what… Look at the wall; how am I going to get them in there? What if you get one aisle jammed, you got the other one blocked right there, everybody stopped still.</w:t>
      </w:r>
    </w:p>
    <w:p>
      <w:r>
        <w:t>80. Listen, hear me. Have I ever told you anything in the name of the Lord but what come to pass? Is that right? Everything has always been right. I've never asked you for one penny of money in my life, have I? Not one time. Never took an offering in my life. I'm not here for money. I'm not here to deceive you. I'm here to manifest God's Word of the hour. I've told you the truth, and God has testified that it is the truth. Now I tell you, "Thus saith the Scripture," that if the believer lays his hands upon the sick, Jesus said, "They shall recover." Do you believe that? Then, in the presence of God, don't you believe He will do it right now?</w:t>
      </w:r>
    </w:p>
    <w:p>
      <w:r>
        <w:t>81. Now put your hands on one another, and just hold it there for a minute. Now, don't pray; just put your hands on one another. Out there in the land… And me myself, I'm laying myself over these handkerchiefs. Now I want you to look at me just a minute. What has God left undone? Look how He's … what the Word that we have read, the prophecies that we have told, that Jesus identified Himself by the prophecies. Now look at the hour, and these last three weeks where we have placed the hour that we're living. Look at what we have read: how about the false prophets and almost signs that would deceive the elected; how the Word has been manifested, how the god of this age has blinded the hearts of the people; and how that God Himself has said through His prophecies that these things would take place in this Laodicea age. There's nothing left undone. God is here, just the same God that talked to those people on Emmaus, that identified Himself by the prophecies that was foretold of Him; He's here tonight identifying His presence by the prophecies foretold for this age. He's the same yesterday, today, and forever. Can you believe it? Then lay your hands upon one another. Don't pray for yourself, but in your own way pray for that person that you got your hands on, because they are praying for you. Now look, don't doubt.</w:t>
      </w:r>
    </w:p>
    <w:p>
      <w:r>
        <w:t>82. Now, if you could see what I'm looking at! And you know I wouldn't lie to you, standing here. If you could see, and your faith could draw that great Holy Spirit that sailed yonder in the air, that science has took pictures of, and see it moving through this building just trying to find a place to land, trying to find an anchor place. Only believe it, my brother. He's identified it by Scripture and so forth, that it's right. Now pray with sincerity for that person you got your hands on, they are praying for you.</w:t>
      </w:r>
    </w:p>
    <w:p>
      <w:r>
        <w:t>83. Dear Jesus of Nazareth, while we are conscious, Lord, by the Word that You're here, by the promise that You are here: "Wherever two or three are gathered in My name, there I am in the midst of them. And these signs will follow them that believe; if they lay their hands on the sick, they shall recover." Out over the waves of this telephone, may the great Holy Spirit go into every congregation. May the same Holy light that we look at right here in the church, may it fall upon each and every one, and may they be healed at this time. We rebuke the enemy, the devil, in the presence of Christ; we say to the enemy that he is defeated by the vicarious suffering, the death of the Lord Jesus and the triumph resurrection on the third day. And He's proven, evident, that He's here among us tonight, alive, after nineteen hundred years. Let the Spirit of the living God fill every heart with faith and power, and healing virtue from the resurrection of Jesus Christ, who is identified now by this great light circling the church, in His presence. In the name of Jesus Christ, grant it for the glory of God.</w:t>
        <w:br/>
        <w:t>May these handkerchiefs that we pray over, may they go to the sick and the afflicted that they're intended to. May the same Holy Spirit that's here now identifying Himself, identify Himself on every patient that these is laid upon. May the presence of God so fill their heart with faith until the sickness of their body will be healed. This we ask for the glory of God, in the presence of Jesus Christ and in the name of Jesus Christ, as we the servants of Jesus Christ ask it. Amen.</w:t>
      </w:r>
    </w:p>
    <w:p>
      <w:r>
        <w:t>84. Now from your hearts, I don't care what was wrong with you, can you, from your heart, believe with all your heart that the Word of God has granted you your request? I believe that every hand, as I could see, went up. If you believe it! Now remember, it is finished!</w:t>
        <w:br/>
        <w:t>You out there on the telephone wires, if you have believed with all your heart, as the ministers are laying hands upon you, and the loved ones laying hands upon you, if you believe with all your heart that it's finished, it's finished. The great Holy Spirit, He's here in the Tabernacle tonight. I seen Him move over the people, showed Hisself over here on the side of the wall, and went down upon a man, come down here and up through the building, making known the secrets of the hearts, the identification of His presence, to show that He's the same yesterday, today, and forever. He is in our midst. He's God, the never-failing God.</w:t>
      </w:r>
    </w:p>
    <w:p>
      <w:r>
        <w:t>85. And did not our hearts burn within us, and does not it burn now, to know that we are now in the presence of the resurrected Jesus Christ, to whom be glory and praise forevermore; who is in the express image of the Almighty Jehovah; who sailed down in a form of a pillar of fire in a burning bush, to attract the attention of a prophet; who has descended upon the mountain, and anyone that even touched it was to be killed, besides Moses and Joshua. How it was that He led the children of Israel through the wilderness, in their journey, as a type of the called-out people today. Here He is, by scientific research, even identified Himself before science. And by His very actions and by His very prophecy, the things that's prophesied of Him to do in this day, to make Him the same yesterday, today, and forever, has been perfectly a-vindicated. Isn't it enough to make our hearts burn within us? God bless you.</w:t>
      </w:r>
    </w:p>
    <w:p>
      <w:r>
        <w:t>86. Now with one accord, let's stand and say [Congregation repeats after Brother Branham.], I now accept Jesus Christ as Saviour and healer. And by His grace, from this hour henceforth, O God, let no unbelief ever enter my heart, for I have seen the prophecy of this day fulfilled. I believe that Jesus Christ is alive and here now confirming His Word of this hour. The prophecies that was written of Him has now been fulfilled in our midst. He is my Saviour, my God, my King, my All-in-all.</w:t>
      </w:r>
    </w:p>
    <w:p>
      <w:r>
        <w:t>87. Dear God, hear our testimony. And give to us, day by day, the bread of life. And we offer Thee praise, O God, from the depths of our heart. We praise Thee, the mighty One, the God of the prophets. In Jesus Christ's name. Amen.</w:t>
        <w:br/>
        <w:t>Oh, what a moment, what a time!</w:t>
        <w:br/>
        <w:t>……….only believe;</w:t>
        <w:br/>
        <w:t>Only believe, just only believe,</w:t>
        <w:br/>
        <w:t>All things are possible, only believe.</w:t>
        <w:br/>
        <w:t>May we sing it like this:</w:t>
        <w:br/>
        <w:t>Now I believe, oh, now I believe,</w:t>
        <w:br/>
        <w:t>All things are possible, now I believe;</w:t>
        <w:br/>
        <w:t>Now I believe, oh, now I believe,</w:t>
        <w:br/>
        <w:t>All things are possible, now I believe.</w:t>
        <w:br/>
        <w:t>Is that your testimony? Now as we bow our heads:</w:t>
        <w:br/>
        <w:t>Till we meet! till we meet!</w:t>
        <w:br/>
        <w:t>Till we meet at Jesus' feet;</w:t>
        <w:br/>
        <w:t>Till we meet! till we meet!</w:t>
        <w:br/>
        <w:t>God be with you till we meet again!</w:t>
        <w:br/>
        <w:t>[Brother Branham hums "Till We Meet!"]</w:t>
        <w:br/>
        <w:t>……….at Jesus feet;</w:t>
        <w:br/>
        <w:t>Till we meet! till we meet!</w:t>
        <w:br/>
        <w:t>God be with you till we meet again!</w:t>
      </w:r>
    </w:p>
    <w:p>
      <w:r>
        <w:t>88. With our heads bowed, Brother Vayle is standing here to dismiss in prayer. Brother Lee Vayle, he's a writer for the Tabernacle here, of the literature and books, and so forth. Very precious brother, he's been with me in many campaigns. Wish I had a chance to let every minister, get him up here and talk to him. You understand, I'm sure. Every minister, we're glad to have you here. All the laity, the people of different churches, whatmore, we're glad to have you here. And it's truly our prayer to one another, God be with you till we meet again. With our heads bowed and our hands raised, let's sing it again real sweetly, to God.</w:t>
        <w:br/>
        <w:t>Till we meet! till we meet!</w:t>
        <w:br/>
        <w:t>Till we meet at Jesus' feet!</w:t>
        <w:br/>
        <w:t>Till we meet! till we meet!</w:t>
        <w:br/>
        <w:t>God be with you till we meet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