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Redemption By Judgment</w:t>
      </w:r>
    </w:p>
    <w:p>
      <w:r>
        <w:t>Date: November 14, 1954</w:t>
      </w:r>
    </w:p>
    <w:p>
      <w:r>
        <w:t>Location: Jeffersonville, IN USA</w:t>
      </w:r>
    </w:p>
    <w:p/>
    <w:p>
      <w:r>
        <w:t>1. Thank you, Brother Neville. I appreciate that announcement very, very fine. And I'm glad to be here this morning, to start the services again. I've been on a little vacation for a while---about the longest one I've taken in a long time. So, I'm happy to be back again this morning to start off, perhaps, another year in the services of the Lord.</w:t>
        <w:br/>
        <w:t>And you pray for me now. I have to … immediately after I have this service this morning, I've got to go to Owensboro, Kentucky, where I start in the services this afternoon … or, tonight, rather, in a campaign. And I guess, just … from there on, and you know how it goes. So, we're happy to thank…</w:t>
        <w:br/>
        <w:t>We want to thank the Lord, rather, I wish to say, for (I do)---for the wonderful time He just gave me in vacation, and so forth. I've rested up and feel better than I've felt in years---just completely relaxed. I've got everything off my mind in the way of services. And then, just started right off, and just took it off my mind. Went hunting up in Colorado with the brothers here from the church. And then the Christian Businessmen taken me over in Oregon, and had a … down the Salmon River, and just a complete relaxing. And I come back feeling ready for the services.</w:t>
      </w:r>
    </w:p>
    <w:p>
      <w:r>
        <w:t>2. I'm setting my services different, as all of you have understood and the papers has packed it. I've tried to… Well, I didn't mean to do it, to try to let divine healing come before salvation, but I found out that many who was supposed to make the altar calls and things after I'd been taken from the platform… Under that anointing, discernment, I hardly know when I'm leaving the platform. So, I can't make an altar call then. But, I find out that thousands times thousands have slipped through my hands like that, when they'd be sitting there under conviction, no altar call made, or nothing, just let them walk out like that.</w:t>
        <w:br/>
        <w:t>So, from this on, God willing, I'm going to make the altar call myself. And if there's any healing service, it'll be after that, so that I can get souls. I've known plenty of things that's been done in the way of divine healing.</w:t>
      </w:r>
    </w:p>
    <w:p>
      <w:r>
        <w:t>3. Now, divine healing is right, the message is right, the purpose is right---it's Scripture. You can't preach the full Gospel without preaching divine healing. We all know that.</w:t>
        <w:br/>
        <w:t>And I want to show you a little article---was given me just a while ago out of the Courier paper this week. Did anybody read it---about doctors? The greatest … the American Medical Association has announced here from St. Louis that any man that don't believe that God is a healer, should have no business practicing medicine at all. That comes from headquarters, from the Associa… Now, that's this week's papers. Sister Gertie let me have it. I think it's Monday or Tuesday. If anybody takes it, I wish you'd cut me out a copy of it. I want to put it in my scrapbook. It said, "Medicine without faith and deity has no right to be practiced." That's right. "A doctor that comes to practice medicine that doesn't accept God, and doesn't believe in God, has no right to practice." That's from the highest authorities we have in America on medicine.</w:t>
      </w:r>
    </w:p>
    <w:p>
      <w:r>
        <w:t>4. Well, they'll all learn … know the same thing we've known all the time, won't they? They'll all learn, them big men, smart men, they'll finally learn what it's all about after awhile. Don't you believe that? 'Course, you know, we've known that a long time, haven't we? We've known that. The Lord told us that long, long ago, that He was the one that heals all of our diseases. And here, medical … the head of the medical said that it's right.</w:t>
        <w:br/>
        <w:t>I've always said this: A man that don't believe in God, he sure couldn't set my arm. That's right. I'd hobble along to somebody else that could set it, that believed in God. And if I had to have an operation, it'd sure be a man who believed in God. Yes, sir. Because medicine doesn't heal; God's the healer.</w:t>
        <w:br/>
        <w:t>And, you ought to hear this little article, how it's written; it's marvelous. And I want a copy of it to go in my… I've always had a hanging in my heart, that I would like to write a commentary on divine healing. There's not one on the market in the world as far as I know---a commentary of divine healing. Someday I'd like to go up in the mountains and just stay up there long enough to write a commentary on it; and then come down and give it to somebody who had an education, to brush it up with the words and things, and publish it---put it out. Wouldn't that be a good one to start with … to make the opening … the prefix of the book?</w:t>
        <w:br/>
        <w:t>So, Sister Gertie, I'll give this back to you, but don't lose it, if somebody else don't want it… Well, thank you. Thank you very kindly. That's right. I'll have a little photo-static copy taken of it, so I'll be sure not to lose it.</w:t>
      </w:r>
    </w:p>
    <w:p>
      <w:r>
        <w:t>5. I got something else, and I laid it down, and failed to bring it. I picked it up in Bombay a few weeks ago. They had a great earthquake over there, as you understood, in Bombay, out in India, and thousands and thousands of people was homeless, and so forth. And the thing, before this happened, all the birds and wildlife left this area completely. And then, after it was all over, all of them returned back again. My, my. God warning His birds and things: "Get out of the way." The birds will take God's warning, but His children won't, see. They won't listen, see. But, all the birds went away, till the … went out of all the area; there's not a one of them killed or anything. And then they all returned back after the volcanics, and so forth, eruptions died down, then they come back, see. They escaped the great tragedy.</w:t>
        <w:br/>
        <w:t>So, that just goes to show: the same God that called them in the days of Noah into the ark, He still lives today. He's still the Lord.</w:t>
      </w:r>
    </w:p>
    <w:p>
      <w:r>
        <w:t>6. Now, I believe there was something else. Oh, yes. Just the announcements of the… I sure appreciate our pastor here, Brother Neville, as a true servant of the Lord. Just as soon as anything, he'll… A real shepherd will watch. And if there's anything gets wrong with the sheep, he's right on the guard, isn't he? (a real shepherd), but a hireling runs back and let's the thing go through, and kills the sheep. Isn't that right? But, a real shepherd's on his guard.</w:t>
        <w:br/>
        <w:t>A little tract was passed, and was sent out this week to many of the members of the church through here, as I understand, concerning a doctrine, a cult, that originates in West Virginia. And it's nothing… Friends, it's nothing new, it's old. And they deny Jesus ---His name being Jesus. And the pastor, as soon as he found it, he rushes right to me and tells me about it---something to be done.</w:t>
        <w:br/>
        <w:t>I said, "Well, surely the church established enough in the gospel of Jesus Christ knows better than that, see. They call it "Yahweh, Yashua, Yahweh."</w:t>
      </w:r>
    </w:p>
    <w:p>
      <w:r>
        <w:t>7. Now, our dear old Brother Ryan that comes here once in a while, he's mixed up in that, too. And Mrs. Larson that was once here with us, she's into that, also, and getting a whole group of them started.</w:t>
        <w:br/>
        <w:t>Now, Christian friends, the word "Joshua"… And they say the Bible is misprinted, misinterpreted, and so forth. Listen, don't pay no attention what people are saying about that Bible being misprinted. If this is misprinted, something else; they say, "This is misprinted," where's your faith laying at? This is God's Word. This is the way it looks right here, see. And I believe it just…</w:t>
        <w:br/>
        <w:t>Now, the work of… Now, here is facts. The lady that come to me, here, sometime ago, and she didn't believe this---His name was Jesus. She said, "His name should be 'Jehovah Junior.'"</w:t>
        <w:br/>
        <w:t>So, I said, "Lady…" See, what it is, friends, people who have those minds---receptacles to "isms"---the first thing you know, they get a spirit of delusion and go off and believe an error. And they're just ready for something like that. Don't do that, be solid. The Bible said, "Be stable, unmovable," see, "abounding in Christ."</w:t>
      </w:r>
    </w:p>
    <w:p>
      <w:r>
        <w:t>8. Now, the first person I ever turned from my house in my life was the woman. I said, "Don't come up here if you can't come and talk of something different from that, because that's… I believe Jesus Christ to be the Son of God." And, I said, "My faith is built on that."</w:t>
        <w:br/>
        <w:t>But now, the word---so that you'll understand when you pick it up, lay it away. "Joshua": really, the correct word is "Joshuae," see.</w:t>
        <w:br/>
        <w:t>Now, I want to say something here. "Ogauvah." I doubt whether anybody, except Billy Paul back there, knows what that means. "Ogauvah." Does anybody know what the word "keetas" means? Does anybody know what the word "abayu adonkula" means? Does anybody know what the word "danka sheun" means? One hand, for "dank…", two. All right. What's the word "thank you" mean? That's what I said every time. Ogauvah, keetas, danka sheun, abayu adonkula, see, it's all "thank you," but I just spoke it in different languages.</w:t>
        <w:br/>
        <w:t>Joshuae is the name of "Jesus" in Hebrew. That's all. If it's in English, it's Jesus, means "Joshuae, Joshua, Joshuae." It's just the same thing, see.</w:t>
      </w:r>
    </w:p>
    <w:p>
      <w:r>
        <w:t>9. Now, if you wanted to say, "Well, you ought to say it in the Hebrew word," then we ought to say all the rest of it in Hebrew words, see. Then we all ought to understand Hebrew, and that makes Hebrew, then, the international dialect. See how sin it is? There's nothing to it, see.</w:t>
        <w:br/>
        <w:t>Joshua, Yahweh… Yahweh is "God." Yahweh, Joshua, all those words, Hebrew words, that pertains to God. But, if we were saying the same word, we'd say, Jesus---"Joshua," see. Joshua---"Jesus."</w:t>
        <w:br/>
        <w:t>Now, if I was talking to a Hebrew, and he couldn't understand English, I'd have to say "Joshuae, Joshua," to make him understand what I was talking about. But, if I was talking to you this morning, I'd go saying "Joshua," you'd wonder what I was saying. I'd say "Jesus." It's the same word, the same thing. So don't listen to…</w:t>
        <w:br/>
        <w:t>You know, the Bible said that those things would be just like they are before the coming of the Lord---all these things rising up.</w:t>
      </w:r>
    </w:p>
    <w:p>
      <w:r>
        <w:t>10. Here, not long ago, in teaching, I believe it was here, somewhere, showed how, out of Genesis come these spirits, beginning in Genesis, and they go right on out. And every cult in the world today started in Genesis---in the beginning. That's right. Every one of them. Babylon began, all the different "ites," and so forth, all began back there. And all those different gods, and so forth, they started worshipping even the roots of the trees, and so forth. Those things branched right on down. And watch the nature of what they did, if you study it, in a historical way, what they did back there, how they worshipped. And look at it over here today, you find it right out here under another cult---under Christianity, and so forth, in the same thing---impersonating.</w:t>
      </w:r>
    </w:p>
    <w:p>
      <w:r>
        <w:t>11. So, just remember this, my dear Christian friends, that I wouldn't stand here as a deceiver. I'd rather be up here in the mountains, but know what truth is.</w:t>
        <w:br/>
        <w:t>Like a man just handed me (a brother) a book awhile ago. And Almighty God, who'll judge me at the judgment, when I took that book and laid it down there on top of the Word of God, the Angel of the Lord stood right there by my side, awhile ago and said, "Take that off of there." That's right. It's not right. That's right, see. He didn't want it even associated with His Word. Now, that's true. God'll … when we all meet at judgment… Notice, the Angel of the Lord stood right there by my chair a few minutes ago when Brother Neville was offering prayer, and made me take that thing away from His Word. That's exactly right, see.</w:t>
        <w:br/>
        <w:t>So, it's just … it's things that's not right. And the man gave it to me to read. The man himself, a brother here in the church, said, "Look at that." I just took it in my hands, that's all I knowed about it. But the Holy Spirit knew it wasn't right. So, it's not right. So, we just… Here is God's Word. Outside of this, we just… Our faith is built on here, isn't it?</w:t>
      </w:r>
    </w:p>
    <w:p>
      <w:r>
        <w:t>12. Now, I believe that the next announcement is, to think of this week … I wasn't going to start. I was going to trying to feel out about coming here to the Tabernacle for a few nights here, as I promised you, to do. And, we'll perhaps do it just a little later.</w:t>
        <w:br/>
        <w:t>But a poor, dear brother come down to Brother Wright's the other day, and waded through them bushes back there to Brother Roy Roberson and I, from down here. And he's in an awful condition, and he wanted me to come down, hold a few nights for him. He announced it for eight nights. And he had that sports dome, where we was at the last time, up on … Brother Rogers. And I told him not to do it; just to let me have two nights, and put it in his church up there.</w:t>
        <w:br/>
        <w:t>Now, I said, "Well, what…? I haven't been fasting or praying."</w:t>
        <w:br/>
        <w:t>Said, "Brother Branham, if you just come down and sing a song, that'll be all right."</w:t>
        <w:br/>
        <w:t>So, he loved me that much, so I'm going down to help him out this afternoon. And, pray for me. I may stay a few days longer, but it's just … I just announced for two days, so I'm feeling out what the Lord wants me to do.</w:t>
        <w:br/>
        <w:t>And I really, friends, as I realize that, seeing my brother lay fifty up there, and know that my next is forty-six, myself, knowing that it isn't going to be too long now, until I'll… If I live, I haven't got too much time to ramble around the way I'm doing now; I'll be a real old man not able to do it. And I want, and know, that I'll be mortal once. I want every minute of my time to count for the Lord Jesus.</w:t>
        <w:br/>
        <w:t>And somebody said, "Well, why did you go up in the mountain, then?"</w:t>
        <w:br/>
        <w:t>Well, my brother, if I didn't go up there, I'm afraid I would crack up before I got too far away. You've just got to rest. And I said to the wife, which is present here somewhere this morning, I said---coming down---I said, "You know, I believe I'm a way better Christian when I come out of the mountains than when I go in, because I get so… People hear, and this, and some of them come and, "Well, the Lord said for you to do this," and so forth. And it gets me all confused. So, when I come out of the mountain, I'm rested, I love everybody, and you know, you just get yourself back to normal again. That's what it is, Brother Neville.</w:t>
      </w:r>
    </w:p>
    <w:p>
      <w:r>
        <w:t>13. Now, I'll try my best, now, to get through in about… Oh, yes. The Sunday School classes… Now, where do they go, Brother Neville? [Bro. Neville responds.] The Sunday School class, the little children and those, will go to the rear of the building. And if the adults desire to move up a little closer, why, you'll be more than glad. If you got your little fellows here this morning, would like to send them in, why, you just send them right back. I'm sure they got a good teacher back there that'll teach them nothing else but the Lord Jesus.</w:t>
      </w:r>
    </w:p>
    <w:p>
      <w:r>
        <w:t>14. And now, to we who are the adults, let's read a Psalm before we start. Would you like to do that? Let's turn to Psalms 70---just a short one---in our Bibles, and read from this marvelous Psalm. Psalms 70: I just happened to turn over to it; it just fell before me, guess we could just take that one.</w:t>
        <w:br/>
        <w:t>Now, customarily, usually, we stand, and I'll read the first verse; and you, the second, and so on, until the last; then we'll all read together. Now, shall we stand while we read this Psalm. At the end, we'll have a model prayer, then.</w:t>
        <w:br/>
        <w:t>… Make haste, O God, to deliver me; make haste to help me, O LORD.</w:t>
        <w:br/>
        <w:t>Let them be ashamed and confounded that seek after my soul: let them be turned backward, and put to confusion, that desire my hurt.</w:t>
        <w:br/>
        <w:t>Let them be turned back for a reward of their shame that say, Aha, aha.</w:t>
        <w:br/>
        <w:t>Let all those that seek thee rejoice and be glad in thee; and let such as love thy salvation say continually, Let God be magnified.</w:t>
        <w:br/>
        <w:t>All together.</w:t>
        <w:br/>
        <w:t>But I am poor and needy; make haste unto me, O God: thou art my help and my deliverer; O LORD, make no tarrying.</w:t>
        <w:br/>
        <w:t>Shall we bow our heads while we repeat this model prayer together: Our Father who art in heaven, hallowed be Thy name. Thy kingdom come, Thy will be done in earth, as it is in heaven. Give us this day our daily bread. And forgive us of our trespasses, as we forgive those who trespass against us. And lead us not into temptation, but deliver us from evil: For Thine is the kingdom, and the power, and the glory, for ever. Amen.</w:t>
      </w:r>
    </w:p>
    <w:p>
      <w:r>
        <w:t>15. You may be seated now.</w:t>
        <w:br/>
        <w:t>Don't forget, in praying, now, that God will help me in setting forth my meetings, now, to get them perfectly in His will. Exactly. For I can easily see why that the meetings hasn't spread the way they should have spread: things that I knew nothing about.</w:t>
        <w:br/>
        <w:t>Now, I believe today… Let's just make a short study. How many likes to study the Bible from different angles? That's fine. Let's begin over with St. John, then. Now, this is just… Coming to the tabernacle, I never know what I'm going to say till I get up here. Now, let's go to St. John, the 3rd chapter, I believe it is. I have to look it up to be sure myself. St. John 3 about 14. Yes. That's where I want to get.</w:t>
        <w:br/>
        <w:t>Sitting a while ago, was thinking about the goodness of the Lord Jesus and how He has been so much to us, and what He is to us now. And I want to make this short---right to the point if we can. And then we're going to have a healing service … or, prayer for the sick. I understand that there's several this morning that's needy, and some of them has brought them a long ways to be prayed for. Being that the Lord has looked upon us here in His mercy, and has guided us in these matters, we like to share what we have from Him with all of our fellow citizens.</w:t>
      </w:r>
    </w:p>
    <w:p>
      <w:r>
        <w:t>16. So, now I want to make the subject, if God willing, now, just knowing not where I'll even use the next Scripture, but it come to me this way: Redemption By Judgment. Here not long ago, we taught on Redemption By Mercy, and Redemption Through The Atonement, and I happened to think of Redemption through Judgment.</w:t>
        <w:br/>
        <w:t>Now, Jesus here, speaking; St. John 3, we begin about the 10th verse,</w:t>
        <w:br/>
        <w:t>Jesus answered and said unto him, Art thou a master in Israel and know not these things?</w:t>
        <w:br/>
        <w:t>Verily, verily, I say unto you, We speak that we do know, and testify that which we have seen; and ye receive not our witness.</w:t>
        <w:br/>
        <w:t>If I have told you earthly things, and ye believe not, how shall ye believe, if I tell you heavenly things?</w:t>
        <w:br/>
        <w:t>And no man hath ascended up to heaven, but he that cometh down from heaven, even the Son of man which is in heaven.</w:t>
      </w:r>
    </w:p>
    <w:p>
      <w:r>
        <w:t>17. Now, I want to ask the church a question at this time: How could He, the Son of man, which is standing on the earth, be in heaven right then, and yet be on earth right then? "…which is the Son of man, which is in heaven." And here He is standing on earth.</w:t>
        <w:br/>
        <w:t>Someone asked me one time, said, "Brother Branham, if you think that God was in Christ reconciling the world to Himself," said, "if God dwelt in Christ, then who was He praying to in the Garden of Eden?"</w:t>
        <w:br/>
        <w:t>I asked the lady this question: Then tell me how He was in heaven, and standing here talking to Nicodemus at the same time, see. He don't only make prayer, but He answers prayer, see. He is the one who answers His own prayer, see. Now:</w:t>
        <w:br/>
        <w:t>And as Moses lifted up the serpent in the wilderness, even so must the Son of man be lifted up:</w:t>
        <w:br/>
        <w:t>That whosoever believeth in him should not perish, but have eternal life.</w:t>
        <w:br/>
        <w:t>If that isn't the most beautiful thing.</w:t>
        <w:br/>
        <w:t>As Moses lifted … the brass serpent in the wilderness, … so must the Son of man be lifted up:</w:t>
        <w:br/>
        <w:t>That whosoever believeth in him should not perish, but have everlasting life.</w:t>
      </w:r>
    </w:p>
    <w:p>
      <w:r>
        <w:t>18. It's not yet revealed to me just what it will be after we die. I don't believe it's been given to the sons of men, to this day, to know just what kind of a state that we receive after death. Many people have thought that when we die, we remain spirits until the returning of the body from the resurrection. But it isn't quite so, because the Scripture says that if this earthly tabernacle be dissolved, we have one already waiting, see. There's some type of body that we go to---not spirit; but our spirit goes to a body.</w:t>
        <w:br/>
        <w:t>Now, being a type … typologist, we believe this: that God is perfected in threes---like Father, Son, and Holy Spirit. The law, and Christian dispensation, and Holy Spirit dispensation, all threes gather and make one being in a triune personality.</w:t>
      </w:r>
    </w:p>
    <w:p>
      <w:r>
        <w:t>19. Now, then there is three comings of the Lord. The Lord Jesus came first to redeem His bride. He comes second to receive His bride. He comes third with His bride, see. See, He don't come to the earth on the next coming. We're just caught up to meet Him in the air.</w:t>
        <w:br/>
        <w:t>See the beautiful story of Rebekah and how that she got on the camel and went to meet Isaac with Eliezer. And Isaac, being the type of Christ the Son of God---which he was the son of Abraham---who fell heir to all of Abraham's goods, and all he had. He was out in the field in the evening-time, wandering around, out in the field, when he saw the beautiful Rebekah coming on the camel.</w:t>
        <w:br/>
        <w:t>Oh, my. That just makes chills go through me. The beautiful Rebekah: he'd never seen her, he never knew who she was, but Eliezer was hunting her up. And he found her by witness of the Holy Spirit. He prayed, and he said, "God, give me favor today, that I may find a wife for my master."</w:t>
        <w:br/>
        <w:t>And then, when Rebekah come to water the camels, which was a sign, then she was willing to go, got on the camel and went to meet him. And he was out in the field---halfway away from the father's house.</w:t>
      </w:r>
    </w:p>
    <w:p>
      <w:r>
        <w:t>20. Jesus is, perhaps---I'd like to think it like this, I couldn't say---already left glory, coming down among the stars, and so forth, moving down to the earth. One of these days, maybe today yet, the church that He's never seen yet (only as the Holy Spirit's bore witness to it), see…</w:t>
        <w:br/>
        <w:t>And watch! When Rebekah saw Isaac, she veiled her face, and jumped off the camel, and run to meet him. It was love at the first sight.</w:t>
        <w:br/>
        <w:t>I don't know what He's going to look like. He may be a big man, He may be a little man, He may be brown, white, black; I don't know what color He'll be, what kind of hair He'll be, what color eyes He'll be, but I love Him. I don't care what He looks like, I love Him. Yes, sir. And the church will love Him. And He's on His road now, I believe, left the ivory palaces, coming down through to receive His bride.</w:t>
        <w:br/>
        <w:t>Then we are caught up in the air to meet the Lord; is that right? Then we go in for the wedding, like Isaac did to Rebekah. Then, when they came out from the wedding ceremony, he was possessor. And then when Jesus comes again with His bride to reign on the throne of David, His father in the Millennium, He will come with her then as King and queen.</w:t>
      </w:r>
    </w:p>
    <w:p>
      <w:r>
        <w:t>21. Now, I think the same thing is in the body. We are given the first body, which is a natural, mortal body made of sin. And the next body is a glorious body: some type of body the Christian goes into, the believer, when he dies. It is not exactly flesh. I wouldn't say it was tangible, but yet, it's real. And then that body turns back to take up the tabernacle of the clay at the end, at the resurrection. Then we're in His likeness forever. Oh, that's just wonderful.</w:t>
        <w:br/>
        <w:t>Look. You say, "Brother Branham, see, if you're spirit, you couldn't see it." But it's not spirit.</w:t>
        <w:br/>
        <w:t>Look when the witch of Endor called up the spirit of Samuel … or, Samuel, Saul recognized him. He was standing there with his prophet's robe on. And the witch got scared and fell on the ground. Said, "I see gods raising up."</w:t>
        <w:br/>
        <w:t>And not only did he have on his prophet's robe, he was still a prophet. He said, "Why did you call me, seeing that you've become an enemy of God?" He said, "Tomorrow, you'll be with me." Said he would fall and how he would fall in battle, and his son would fall. And just exactly. And they stood and recognized him.</w:t>
        <w:br/>
        <w:t>Well, you say, "Brother Branham, I wouldn't be too sure of that."</w:t>
        <w:br/>
        <w:t>All right. How about when Jesus was on Mount Transfiguration, and here stood both Moses and Elijah? And Peter, and James, and John standing, looking at them. That's right. Yes, we're going to be something when we get out of here. That's right. We're going to be somebody, and something. And, oh, what type of people ought we to be, today, that know God through His grace [unclear words] such a thing for.</w:t>
      </w:r>
    </w:p>
    <w:p>
      <w:r>
        <w:t>22. I think of this little old frail tabernacle, of our humiliation here, and… What is it? Just a few vitamins, and calories, and so forth, throwed together here. Just a little place for the soul to anchor at. That's all.</w:t>
        <w:br/>
        <w:t>But one of these glorious days, it'll be changed. And this which is in there will go, because, I guess, it just couldn't come into that all at once. It just has to kind of gradually come into it. Even after dying, going into that type of body, we don't know what it will be.</w:t>
        <w:br/>
        <w:t>Paul said, "It does not yet appear what we shall be at the end. But, we know we'll have a body like His own glorious body for we shall see Him as He is." Be something like that. "For we shall see Him as He is."</w:t>
      </w:r>
    </w:p>
    <w:p>
      <w:r>
        <w:t>23. Now, what price did it take to get it? We're going to speak of it through judgment.</w:t>
        <w:br/>
        <w:t>Now, let's turn… "As Moses lifted up the brass serpent," he said, "in the wilderness … just the same reason that Moses lifted up the brass serpent, so must the Son of man be lifted up."</w:t>
        <w:br/>
        <w:t>Now, Moses lifted up the brass serpent for a compound purpose. That was because they were grumbling. And another thing, they were sick. And then, that would bring in divine healing right there. For the children of Israel… Exodus… Let's get to Numbers, about 21, and find out if that isn't a better thing. Numbers 21, here. I had my clip laying right on it, it happened to be---Numbers 21.</w:t>
        <w:br/>
        <w:t>And let's notice here, just for a few moments, how the children of Israel, starting on their journey, perfect type of the church today, making it's way through the glory land. Don't you believe that we're, each day, gaining a little ground as we go along? building a campfire on a new ground every night? I feel just a little closer than I did yesterday, I believe, don't you? Just building a new campfire each night, moving on up.</w:t>
      </w:r>
    </w:p>
    <w:p>
      <w:r>
        <w:t>24. Israel, as long as they were journeying, they were going towards the promised land. After a while they become murmurers and complainers, because they failed to receive God in His great form of power.</w:t>
        <w:br/>
        <w:t>Oh, I'd love to kind of brag just a little bit here, if you'll excuse it on the tabernacle---the strangers and so forth. You're one of us. We don't have any difference here. We're just all one here in Christ. We just love one another.</w:t>
        <w:br/>
        <w:t>Now, how that we have tried to stand for the full Gospel---the supernatural. If God says He does a certain thing, He's God the creator, we accept it, we believe it. When God does something, we say, "Yes, sir." And we believe that the Scriptures are not to be tampered with, to translate and say, "Well, it didn't mean that exactly." Now, we believe it, and just exactly what it says. We just don't fool with it at all. Say, "That's it. If my faith won't come up to it, well, that's my fault. It's not God's fault."</w:t>
      </w:r>
    </w:p>
    <w:p>
      <w:r>
        <w:t>25. Now, the children of Israel in their journey, they didn't have very far to go. They could've really walked it in a week, if they'd just went on. But, what got in their road was their grumblings and complaining. God would work with them and then, when they went over into the promised land, they'd taken one out of every tribe, which was the twelve tribes, and two of them come back, which was Joshua and Caleb, and said, "We can take the land." But, ten of them come back and said, "It's too much. We just can't do it because the people are too great and their cities are all walled in. And we're just like grasshoppers in their sight. So we can't do it."</w:t>
        <w:br/>
        <w:t>And they were then at the place called "Kadesh-barnea." Kadesh-barnea was once the judgment seat of the world. There was a great spring, and many little springs lead off from it, which was a perfect type again: Christ, the big spring; the church, the little spring off from Christ. The judgment seat. Judgment begins at the house of God. Here's where we are judged.</w:t>
        <w:br/>
        <w:t>And isn't it a pity, that when we see that we're wrong, and doing the wrong thing, living the wrong kind of life, associating wrong and everything, that we're just not big enough to walk up and say, "God, I'm sorry. I'm the one's wrong. You're right, and I'm wrong. And you forgive me and help me to do better the next time." If we were just that real about ourselves, but we don't. We hear the gospel preached, and we say, "Oh, well, I don't even believe it that way."</w:t>
      </w:r>
    </w:p>
    <w:p>
      <w:r>
        <w:t>26. I'm not mistaken, but I believe the last time I was here before going to the mountains, I preached on The Unpardonable Sin. Is that right? The Unpardonable Sin. "He that knoweth to do good, and doeth it not, to him it's sin. For if we disbelieve willfully after receiving the knowledge of the truth, there remaineth no more sacrifice for sin."---Hebrews 10. See, after we have a knowledge of the truth---what we ought to do.</w:t>
        <w:br/>
        <w:t>And then we won't do it. Then we can't go no farther with God until we do do it, see, see. God just presents something to us that we should stop this type of life. We should quit living for the world and professing to be Christians. And we'll continue right on out in that same thing, then we can't go no farther with God. That's just… The place has done been revealed to us, so we've got to stop right there until we make that thing right, and then go on with God. That's when we are back in grace again.</w:t>
      </w:r>
    </w:p>
    <w:p>
      <w:r>
        <w:t>27. Now, Israel come up to Kadesh-barnea. And here they come back, and Joshua and Caleb, they were really all fired up. They must've had a prayer meeting over there, a real revival of some sort among themselves. And when they come back, they said, "Yes, we can take it." But the other ten said, "Oh, no. We can't do that. It's just too much for us." Lack of faith, see.</w:t>
        <w:br/>
        <w:t>Listen, Christians, everything is based on faith. And faith cannot be right unless it's got something to be based on. You can't have faith, say, "Well, I believe that… This is my belief." My belief is no good if it's contrary to God's belief. But, if my belief tallies with His, then I got a foundation solid. No matter what takes place, we're just going to go anyhow, 'cause God said so. Now, that's the type of faith that Caleb and Joshua had.</w:t>
      </w:r>
    </w:p>
    <w:p>
      <w:r>
        <w:t>28. Now, God told Moses before he left, he told Abraham before any of the children was ever born, that he and his seed would sojourn in a strange land, but He would give them Palestine. He promised it to Abraham. And then He confirmed His promise by visiting Moses and speaking to him that He'd already give the land to him. "Just go take it."</w:t>
        <w:br/>
        <w:t>And so Joshua… Oh, I like this right here. Joshua based his faith, not upon what he saw, but what God said. No matter how big the giants was, how many fences there was around, how much artillery they had, Joshua looked at God's Word. That's what we want to look at today.</w:t>
        <w:br/>
        <w:t>You say, "Oh, I have so many ups and downs, Brother Branham. If you just had my ups and downs."</w:t>
        <w:br/>
        <w:t>A little lady visited a certain doctor, here, not long ago. And the little doctor was cursing, and jumping up and down, and carrying on. The lady said to him, said, "I wouldn't do that if I was in your place, doctor."</w:t>
        <w:br/>
        <w:t>He said, "If you had my worries, why, you'd do it too."</w:t>
        <w:br/>
        <w:t>Said, "Oh, I have as many worries as you do, and I don't do it anyhow."</w:t>
        <w:br/>
        <w:t>So, it got the doctor right in the right place. That's right. He's respected the little lady ever since.</w:t>
        <w:br/>
        <w:t>That's it. Just a word in season will do it. No matter what your worries are, what your temptations are, stand on God's Word. When everything seems to be going wrong, stand on God's Word. He said so.</w:t>
      </w:r>
    </w:p>
    <w:p>
      <w:r>
        <w:t>29. Then when they come to the place where they was to cross over, and Joshua knew that God had promised to give them the land, and it belonged to them regardless of what the opposition was.</w:t>
        <w:br/>
        <w:t>Now, that's a type of the church today---the real true members of the body of Christ. We have lots of people who go to church, but in that church, and practically … lots of them, all of them, I guess (I hope), in that certain group of that church is members in that church who really believe with all their heart.</w:t>
        <w:br/>
        <w:t>I know that to be so. I've caught them on the platform under inspiration, and see that where they were real genuine. Though they might not understand the full gospel and so forth, but yet they are genuine in their hearts. What they believe, they really believe it with all their heart.</w:t>
        <w:br/>
        <w:t>And everything without faith is sin. Unbelief is absolutely sin. Everything that's not of faith is not of God. You must believe. And the only way you can have faith is first see what God said about it, and then believe His Word. That's the only way you can do it.</w:t>
      </w:r>
    </w:p>
    <w:p>
      <w:r>
        <w:t>30. So, Joshua and Caleb knew that God had promised. And they come back and they wasn't afraid to say, "We can take it," because they based their faith, not upon what they saw, but what they believed.</w:t>
        <w:br/>
        <w:t>Now today, in this tabernacle, we can base our faith as American citizens … we can base our faith as Christians, rather, on what God has said, regardless of what any doctor, what any scientist, what any proof would be.</w:t>
      </w:r>
    </w:p>
    <w:p>
      <w:r>
        <w:t>31. Here, sometime ago, a couple weeks ago, I was listening on a radio broadcast somewhere … or, no, reading in a newspaper up in Oregon, and it said … or, up in Idaho, said that they was praising some scientist, for he was just about to prove that animal life and plant life was the same life. Well… Saying how that the animal sprang from the plant life, and the plant… In other words, the tree and the fish is all the same person, see.</w:t>
        <w:br/>
        <w:t>Well, that's just a little more than my mentality can grasp. I believe God made a tree, and He made a fish. And so, that's just about as far as I can go. And I believe anything else outside of that, I just don't believe it; that's all, see. It's got to be based on the Lord's Word. He made a palm tree, and He made a oak tree. They both wasn't the same tree. If it would, the oak tree'd been bearing coconuts, or palms, or whatever it was, see. It's the life that's in it. And I just take Him at His Word, how simple it seems, and just believe it like that. Don't you?</w:t>
      </w:r>
    </w:p>
    <w:p>
      <w:r>
        <w:t>32. Now, we can base our thoughts this morning… There's people coming to be prayed for. We can base our thoughts this: That God has promised. If you're here this morning, you'd say, "Well, Brother Bill, I've had a up-and-down life. I've always wanted to live a Christian life; I just never could get myself settled down."</w:t>
        <w:br/>
        <w:t>Well, I can base my promise … my faith to this, my brother, sister, this morning: If you will make that complete consecration right now… Don't wait to come up to the altar. You can come up here and say, "I now have accepted it." But right where you are now, say, "God, be merciful to me, a backslider"---or a sinner, whatever it is. And, "I now base my hopes on nothing but Your Word, and I believe it."</w:t>
        <w:br/>
        <w:t>Then, brother, something's going to take place, because you've got a real foundation, for God will in nowise cast you out. Temptations come. There'll never be a temptation unless He give you grace to bear it. And He's promised to meet you on every battlefront right there, and stand in your place. So then, that's where your hopes is.</w:t>
        <w:br/>
        <w:t>You'll get to the place and say, "Well, Brother Bill, I have so many temptations."</w:t>
        <w:br/>
        <w:t>Tell me one Christian that doesn't have temptations. We never come to a picnic; we've come to a battleground. We're out here to fight the enemy. Well, sure. We don't put on our armor just to be looked at. If you become a Christian just to be looked at, then you're … I'm afraid you got in the wrong place.</w:t>
      </w:r>
    </w:p>
    <w:p>
      <w:r>
        <w:t>33. Christians sometime is looked down upon, or made fun of. But we come as a warrior (Amen), come sprinkled in the blood. The old rugged cross going before us, and the Morning Star lighting up the way. Why we're on a road somewhere. Don't care what the world says; it's what God says. The field belongs to us; God said so. We're on the road. If we get knocked out on the battlefield here…</w:t>
        <w:br/>
        <w:t>If this earthy tabernacle dissolve, we got one already waiting yonder. There's nothing to be scared about. Yes, sir. Everything belongs to us because Christ has redeemed it all to us, through Him. And He loved us.</w:t>
        <w:br/>
        <w:t>And we could not come to Him unless God drawed us to Him. He said, "No man can come to Me except My Father draws him first. And all that comes, I'll give everlasting life, and will raise him up at the last day."</w:t>
        <w:br/>
        <w:t>What worry have we got at all? There's nothing to worry about ---nothing to be scared about.</w:t>
        <w:br/>
        <w:t>You say, "Who's going to be President?" "We'll have a depression."</w:t>
        <w:br/>
        <w:t>That doesn't matter to me. The only thing I know, God has told me … said He's going to take me through, so I just took His hand, took His Word. So, here we go on our road to the promised land. When we get to Kadesh-barnea, we just believe God's Word and move on. That's right. And, oh, the glorious part… Once in a while, He gives us a big bunch of grapes for evidence, you know, that there's a land beyond the river, that they call the sweet forever. Isn't that right?</w:t>
        <w:br/>
        <w:t>So, live or die, what difference does it make? Let's just move right on.</w:t>
      </w:r>
    </w:p>
    <w:p>
      <w:r>
        <w:t>34. Now, if we're living just a halfway life … remember, that's no good. Let's just lay that thing down right now and say, "God, right this morning, I'm coming, and basing my faith upon Your Word. I don't care if I never shout in my life. I don't care if I never cry in my life. I don't care if I never have any kind of a demonstration. I'm basing my faith on Your Word, and I'm on my road to the promised land. And, because the world told me … or, somebody told me, if I didn't have a funny feeling when I got saved, or something like this…"</w:t>
        <w:br/>
        <w:t>Now, I'm not saying nothing evil against it. That's all right, but that isn't it. Amen.</w:t>
        <w:br/>
        <w:t>My faith is built on nothing less</w:t>
        <w:br/>
        <w:t>Than Jesus' blood and righteousness.</w:t>
        <w:br/>
        <w:t>When all around my soul gives way,</w:t>
        <w:br/>
        <w:t>Then He's all my hope and stay.</w:t>
        <w:br/>
        <w:t>"I want to be a Christian this morning because I've accepted God's provided way. His Word said so. I took it like that. And that settled it. That's right.</w:t>
      </w:r>
    </w:p>
    <w:p>
      <w:r>
        <w:t>35. The devil come say, "Well, I had a funny feeling, too, one time. Does that make me saved?"</w:t>
        <w:br/>
        <w:t>I don't know, but, brother, you have to meet this Word here. Jesus said, "He that heareth My words, and believeth on Him that sent Me has everlasting life." Oh, my. I just hear that [unclear word]. I'd like to have been standing there when I heard Him say that. Wouldn't you? "He that heareth My words, believeth on Him that sent Me has everlasting life … shall not come into condemnation, but has passed from death to life."</w:t>
        <w:br/>
        <w:t>My, if that doesn't knock out all Methodists, Baptists, Presbyterians, Pentecostals, and all, I don't know what does. It just knocks everything out, and makes a "He" out of it. Is that right? That's right. "He that heareth My words (Let him be whatever he wants to be. That's right.), believeth on Him that sent Me has everlasting life." Oh, my.</w:t>
        <w:br/>
        <w:t>Let the ship rock, then. If the old timbers squeak, it's going to wreck up one of these days, anyhow. But it isn't going to wreck till it hits the other shore. That's just as true as it can be. She's going to make it in just as sure as anything, because God promised it. Oh, my.</w:t>
        <w:br/>
        <w:t>When I think of that, it just takes all the scare away, takes all the fuss away, takes all the malice away. Makes that fellow who mistreated you look like your brother again. So, let's get him by the hand. That's right. Oh, my. He or she's done wrong, well, what difference does it make? I did too. Let me put my arm around, and say, "Come on, brother, let's move on up a little farther now. Tighten up the old…"</w:t>
      </w:r>
    </w:p>
    <w:p>
      <w:r>
        <w:t>36. I like this here middle piece that Paul talked about here, you know, the "buckler." Did you realize the buckler's the main part? There's not very much said about it in the Bible, but that's a real part. The buckler is what holds the breaches of the harness together. Is that right? So, I got the helmet, and all these different pieces on, and the breastplate; but don't forget the buckler that buckles it up, and tightens it up. Oh, my. Then buckle up and get a good tight hold, and move on again, you know, and start moving.</w:t>
      </w:r>
    </w:p>
    <w:p>
      <w:r>
        <w:t>37. Joshua come back, said, "Sure, we can take it. God said so." Kadesh-barnea: There's where they met their judgment. There's where God judged them. Now, what was God's judgment? Because they disbelieved. Kadesh-barnea was the judgment seat of Israel. For they disbelieved the Word (see), not what the evidence was.</w:t>
        <w:br/>
        <w:t>Now, here they was in the wilderness (Wish we had time to read a whole lot of it, but we haven't.), the wilderness, and the journey, and how they were saying, "This is no place for pomegranates. This is no place to have grapes, or figs. You brought up out of Egypt, and we had a pretty good home down there. And here you brought us out here to die in this wilderness without water, without food, without anything, and here you brought us." All evidence against them. "Here … you've led us up here to the side of this little old river now, where these springs, and this oasis is coming out. Just barely enough water to drink with." Oh, my.</w:t>
        <w:br/>
        <w:t>Isn't that just the way the complainer does when he gets saved?</w:t>
        <w:br/>
        <w:t>Then, "Here we are. We haven't got nothing to eat. We haven't got no pomegranates. And the only thing we're getting is just a little manna rain down of a nighttime. Now you tell us, when the men come back from over there, saying, 'Oh, my. It's all been in vain. My.' Here we come up out of the … left our countries, and we can't go back. Our children had to be raised in this kind of a condition, here. And all the cities are fancy, and everything. They run chariot races around there. We don't have nothing but a few old pruning hooks, and swords and things in our hand. And look over at that great army over there---the opposition---they're so big. Why, one of them could whoop a dozen of us."</w:t>
        <w:br/>
        <w:t>Isn't that the way the devil pictures it?</w:t>
      </w:r>
    </w:p>
    <w:p>
      <w:r>
        <w:t>38. Joshua---I can see him standing there, Caleb alone with his face all brightened up saying, "Glory to God. We can take it anyhow."</w:t>
        <w:br/>
        <w:t>"Well, how are you going to take it?"</w:t>
        <w:br/>
        <w:t>"It ain't how I'm going to take it. It isn't my business to figure that out. But God said it belonged to us (right), so it's mine. God said so."</w:t>
        <w:br/>
        <w:t>So, healing belongs to me this morning. Healing belongs to you. Salvation belongs to you. Salvation belongs to me.</w:t>
        <w:br/>
        <w:t>You say, "I can't live the right kind of life."</w:t>
        <w:br/>
        <w:t>Yes, you can. God said we could. I believe it, don't you?</w:t>
        <w:br/>
        <w:t>"How can you live in this present world without going out and associating with the crowds, and doing the things that they do?"</w:t>
        <w:br/>
        <w:t>God said we could. His grace is sufficient. That settles it. So let's just tighten up and go on.</w:t>
        <w:br/>
        <w:t>Kadesh-barnea: the judgment seat where all is to be judged---at Kadesh-barnea. And only two stood the judgment. And how did they say they stood it? Basing their faith on "Thus saith the Lord." That's all. God promised it. And not only that, but they proved it. Amen. That's the thing to do. Amen.</w:t>
      </w:r>
    </w:p>
    <w:p>
      <w:r>
        <w:t>39. Now, the twenty-first chapter of this… No, I believe it's the nineteenth chapter. What a beautiful chapter that is. First, speaking of judgment by blood all the judgment by mercy … I mean, there's redemption. Pardon me. Redemption by mercy; redemption by grace; redemption by blood; redemption by judgment. And this morning, we want to deal, for the next few minutes, to put the core right into the place, if God'll help us, where judgment is the keynote.</w:t>
        <w:br/>
        <w:t>Now, first: blood … make an atonement. In the Garden of Eden, God had to shed blood in order … before he could pass judgment, for He'd already spoke His Word. And His Word doesn't need nothing else. God said, "The day you eat thereof, that day you'll die."</w:t>
        <w:br/>
        <w:t>Did you notice how Satan whitewashed that or Eve? Said, "Yes, God has said … but surely He didn't mean it just that way," see.</w:t>
        <w:br/>
        <w:t>Now, isn't that what the devil says today to the believer? "Oh, well, you don't have to do these things."</w:t>
        <w:br/>
        <w:t>Why, brother, if you're a Christian, you'll want to do them. You'll want to do it. The greatest pleasure that the believer has, is knowing that he's living … or, doing something that's pleasing the Lord. Why, if we was looking for the coming of the Lord like we should be looking, why, my, there would be no friction nowhere. Everybody would be in love, and there'd be harmony. Wouldn't that be wonderful? And, you know, He may come today. I don't know what's left. That's right. It's just time for Him to come. But, what if we all had that in our hearts this morning and today was the last day? And, we ought to live every day like it was the last day---this is the last day, and all in love.</w:t>
      </w:r>
    </w:p>
    <w:p>
      <w:r>
        <w:t>40. Sometimes, I get away from home. I love my wife, and I want to do something for her. And I'll buy her a box of candy or something another, you know, that I just know that she wants me to do it, you know, or something another she wants me to do. I love to do it. And now, brethren, this may seem a little funny; it's not a very good place to say it, but I like to help her wash the dishes, because I know it's just hard on her to do it all the time. And I just get out there and wash the dishes for her. She don't say very much, but I know she appreciates it, see.</w:t>
        <w:br/>
        <w:t>Why am I…? What am I trying to make a point here? I'm trying to say this: that I want to do that, though somebody'd say, "Well, I guess the neighbors think I was a sissy out there shaking the rugs, and sweeping the floor, and doing things like that, the woman's job." But, I like to do it, because I love my wife, see. I love her. And anything that I can do to make her know that I love her, I just like to do that.</w:t>
        <w:br/>
        <w:t>Well, the same is it with every believer. Here it is. Now, let this soak down deep. Just open up the cup big now. If you are a believer and in love Jesus, just everything that you can do to make Him love you more, you just love to do it.</w:t>
        <w:br/>
        <w:t>If standing here testifying to this man will make Him love me more, I love to do it. If shunning these things of evil, no matter if I'm tempted, just shunning them makes me love Him. And I know that He'll love… I think it'd make Him love me a little more if I just didn't do this, or do that. I just love to do that, don't you? because we're in love with Him.</w:t>
      </w:r>
    </w:p>
    <w:p>
      <w:r>
        <w:t>41. Now, God, when He loved Adam and Eve so much that He had to first shed blood before He could… The judgment was death. And He had to… Something had to die in their stead. And then, they could stand, then, in His presence.</w:t>
        <w:br/>
        <w:t>Now, in there was judgment. Eve first listened to Satan; and he whitewashed the Word over. And they disbelieved the Word, and the Word then became God's judgment.</w:t>
        <w:br/>
        <w:t>Now, this Word, the Word of God, will judge every person. This Word that's being preached here this morning; it's being preached down there at Wall Street; preached over there at the Christian church, down at the Presbyterian church. Wherever the Word is being preached, it becomes the judgment. Men are judged by the Word of God.</w:t>
        <w:br/>
        <w:t>And here's one good thing to know: either our judgment goes before us, or it will follow after us.</w:t>
      </w:r>
    </w:p>
    <w:p>
      <w:r>
        <w:t>42. Now, every man here today doesn't have to be judged at the end; he can be judged this morning if he wants to be judged.</w:t>
        <w:br/>
        <w:t>Now, there has to be a preparation made for judgment. Now God, in order to bring Adam and Eve into His presence, He had to make a preparation. Now, what did that, if you don't believe in grace? Grace provided a preparation. Oh, how happy I am for that. Grace provided a preparation. Grace is love. God so loved His fallen creatures, that He provided a preparation to stand them in His presence before judgment. God went and killed sheep, or animals, put skins on them to cover them up, and blood was first made before the judgment. The judgment was through the blood, of course. And then He shed the blood of the innocent to cover up the guilt of the guilty.</w:t>
      </w:r>
    </w:p>
    <w:p>
      <w:r>
        <w:t>43. Now, in the nineteenth chapter, I believe it is, here, of the book of Exodus, God … the Lord makes…</w:t>
        <w:br/>
        <w:t>And the LORD spake unto Moses and Aaron, saying,</w:t>
        <w:br/>
        <w:t>This is an ordinance of … law, which the LORD has commanded thee, … Speak unto the children of Israel, that they bring me a red heifer without spot, wherein is no blemish, and upon which never came a yoke:</w:t>
        <w:br/>
        <w:t>And ye shall give her to Eleazar the priest, that he may bring her forth without the camp, and one shall slay her before his face:</w:t>
        <w:br/>
        <w:t>And Eleazar the priest shall take … her blood with his finger, and shall sprinkle of the blood directly before the tabernacle of the congregation seven times:</w:t>
        <w:br/>
        <w:t>Oh, if you notice: "red heifer"; notice, being the female: typing the church; red, the color. It couldn't be spotted, now. It had to be a solid color. And red always signifies redemption. You say, "Red always signifies danger." It does to us in a red light, but it's always redemption, too. Don't run it.</w:t>
        <w:br/>
        <w:t>So, red has always been the sign through the Bible. The harlot Rahab let the spies down through a scarlet cloth … or, a scarlet chord, which was the sign that God left her house standing.</w:t>
      </w:r>
    </w:p>
    <w:p>
      <w:r>
        <w:t>44. Now, notice. Red here: This red heifer was to be brought, and was to be killed in the presence of Eleazar. And he was to take her, hooves and all, and burn her. And while she was dying, he took and dipped his fingers in her blood, and sprinkled it through the tabernacle, and dipped his fingers in the blood and sprinkled it towards the tabernacle, and did this seven times, signifying the seven dispensations, or the seven church ages. That's the church … would be sprinkled by the blood. The judgment was placed upon the heifer; seven times the blood was sprinkled. The blood sacrifice, making an atonement, standing in the stead of judgment---seven times. Then the heifer was put into a fire and was burnt up to ashes.</w:t>
        <w:br/>
        <w:t>Then anytime that Israel… It made, what they call "the waters of separation" that was burned. Scarlet, hyssop … and was put together, and burnt which meant the dispensations of grace. Justification, sanctification, baptism of the Holy Spirit, through cedar wood, hyssop, and scarlet, and was all burnt together.</w:t>
        <w:br/>
        <w:t>And this made, as you read on (If you'd like to read it… Because of time, I won't take time to read it, but…)</w:t>
      </w:r>
    </w:p>
    <w:p>
      <w:r>
        <w:t>45. the nineteenth chapter, it made a "waters of separation," that if any man had did wrong, or anything, these ashes of this heifer was placed upon him, and he was separated from his guilt, if he was unclean. Then this was a water of separation as a memorial through all their generations to know that this heifer---a selected heifer, a special heifer… And the blood stood between him and the church, and that the ashes of it made a separation between him and his guilt. Oh, my.</w:t>
        <w:br/>
        <w:t>When you see that, and place it on Christ Jesus, how that when we do guilt, we look at the separation---He who stood at the judgment there. And His blood was dipped from His body and sprinkled across the earth---between that and God's holy tabernacle---that every believer coming into His presence, breaking through the veil flesh, putting away the things of the world, knows that the blood makes an atonement---the waters of separation.</w:t>
      </w:r>
    </w:p>
    <w:p>
      <w:r>
        <w:t>46. And God, through His mercy, has washed us and separated us by the washing of the Word by the water and separated His church from the things of the world unto a separated, consecrated life to live for Him, walking in this present world without condemnation.</w:t>
        <w:br/>
        <w:t>"There is therefore now no condemnation to them that are in Christ Jesus, that walk not after the flesh, but's been separated by the water through the Word": has anointed them by the Holy Ghost, and the ashes of separation has been sprinkled upon the individual. And he walks in this present world, free from condemnation by the Holy Spirit. What a beautiful … knowing that he should've been the one ---the guilty. Brought out in the presence of all the beings, out in the presence of Eleazar the high priest. And there his throat should've been cut, his body ought to've been burned upon the brass altar.</w:t>
        <w:br/>
        <w:t>And all these things ought to've been in his place. He ought to [Break in tape.] … made separation by the blood that has been sprinkled between the heavens and the earth, opening up the gate, that every believer that is in Christ Jesus has a right to a blood path to the throne of God.</w:t>
        <w:br/>
        <w:t>Seven times---for every church age---you shall sprinkle it. Through the Methodists, through the Baptists, through every age that there was, a blood path was sprinkled by the separation.</w:t>
      </w:r>
    </w:p>
    <w:p>
      <w:r>
        <w:t>47. Now He says, when we come over there, now, judgment must come. So, God speaking now. Wish we could just… Jumping around here this morning.</w:t>
        <w:br/>
        <w:t>But let's get over here now in Exodus … I mean, in Numbers the twenty-first chapter. And now, we speak of the brass serpent. (Getting back to our text now to close in a few minutes, 'cause we have to hurry.) Notice. Judgment.</w:t>
        <w:br/>
        <w:t>Now, in the twentieth chapter, I believe it's first in the twentieth chapter about the seventh verse. Listen at this:</w:t>
        <w:br/>
        <w:t>And the LORD spake unto Moses, saying,</w:t>
        <w:br/>
        <w:t>Take the rod…</w:t>
        <w:br/>
        <w:t>Oh, I've just got to take another minute and read some of this other here. It just sounds so good. Let's begin up here at the second verse of the twentieth chapter.</w:t>
        <w:br/>
        <w:t>And there was no water for the congregation: and they gathered themselves together against Moses and against Aaron.</w:t>
        <w:br/>
        <w:t>And the people chided with Moses (or, either, fussed with him) and spake, saying, Would to God that we had died with our brethren … before the LORD!</w:t>
        <w:br/>
        <w:t>And why have ye brought up the congregation of the LORD into this wilderness, that we … our cattle, and should die there?</w:t>
        <w:br/>
        <w:t>… therefore have ye made us to come up out of Egypt, to bring on us … bring us into this evil place? (Look.) it is no place of seed, … (Now people don't associate with you very much when you become a real believer. Is that right? Kind of a funny place to be. All right.) no figs, (not much fellowship. Nobody don't want nothing to do with you. Say "He's lost his mind. He's gone crazy." or, "We had this better time out there in the world." Now, watch.) no place of vines, … pomegranates, neither is there any water to drink.</w:t>
      </w:r>
    </w:p>
    <w:p>
      <w:r>
        <w:t>48. Oh, what a time. Notice. "Of water" means when they rejoice, you see. "There's not much rejoicing," you say, "here. The only thing we do… We don't go no more to shows on Sunday, and we don't see the ballgames, and do all things that we once done. It's a horrible place here." Now, watch. It was chiding.</w:t>
        <w:br/>
        <w:t>Better stop right there, hadn't I? All right. Well, we're getting to judgment now. Notice. And the Lord… That's just the way it gets, you see. Sometimes those trials come just to try us. And, "Every son that cometh to God must be chastised of God." And if we cannot stand chastisement, then we are illegitimate children, and not the children of God.</w:t>
        <w:br/>
        <w:t>Brother, there's something about Christianity that when a man is born again, it puts something in him that keeps him. There's just something in there that does something to him. I didn't come over on the Lord's side over here just to have a good time. I come over here because I love Him. And I must help Him bear the burden.</w:t>
        <w:br/>
        <w:t>Must Jesus bear the cross alone</w:t>
        <w:br/>
        <w:t>And all the world go free?</w:t>
        <w:br/>
        <w:t>There's a cross for everyone,</w:t>
        <w:br/>
        <w:t>There's a cross for me.</w:t>
        <w:br/>
        <w:t>Is that right? Then what should the Christian sing the next verse?</w:t>
        <w:br/>
        <w:t>This consecrated cross I'll bear</w:t>
        <w:br/>
        <w:t>Till death shall set me free.</w:t>
        <w:br/>
        <w:t>(That's right.)</w:t>
        <w:br/>
        <w:t>Then go home, a crown to wear,</w:t>
        <w:br/>
        <w:t>For there's a crown for me.</w:t>
        <w:br/>
        <w:t>Not just a gold crown to set on your head, but something far beyond that.</w:t>
        <w:br/>
        <w:t>Paul got a glimpse of it one time. He said, "Eye has not seen, ear has not heard, neither has it entered the hearts of men what God has for them in store that love Him." Not a crown---a gold crown---that wouldn't mean much to me. I don't care about them things anyhow. But my crown is a new body---a new being crowned in His likeness. A body like His own glorious body, where I can live with Him. That's a crown enough for me.</w:t>
      </w:r>
    </w:p>
    <w:p>
      <w:r>
        <w:t>49. The old Colored man, not long ago, down in the South was saying… He was standing … got saved one morning, went out and told his friends all about it, and said Christ had made him free. And the old slave-driver come along, he said, "What's this, Sambo, I hear you say that Christ made you free?"</w:t>
        <w:br/>
        <w:t>He said, "Yes."</w:t>
        <w:br/>
        <w:t>Said, "You come around my office after a while."</w:t>
        <w:br/>
        <w:t>Said, "Sambo, how much do you mean that?"</w:t>
        <w:br/>
        <w:t>He said, "I means it, boss, with all my heart, that Christ made me free from sin and shame."</w:t>
        <w:br/>
        <w:t>He said, "Well, if Christ has made you free for that," said, "I'll go down in the morning and sign the papers; and you're free from slavery to preach the Gospel."</w:t>
        <w:br/>
        <w:t>He went to preach the Gospel. After many years, winning many of his white brethren to Christ, the old slave was laying, dying. And many of his white brethren come in from many places to see him; though they thought he was dead. And he laid there a little while, and he turned over and looked, and he said, "Ain't I gone in yet?" Said, "Ain't I there yet?"</w:t>
        <w:br/>
        <w:t>Said, "Oh, Sambo," said, "have you never…?" Said, "Did you go into…? What did you see?"</w:t>
        <w:br/>
        <w:t>He said, "Oh, I was standing by the door." And said, "An angel come up to me. And he said, 'Now, Sambo,' said, 'you have done a great work. Come over and receive your crown, and your robe, and your place.'"</w:t>
        <w:br/>
        <w:t>And he said, "Oh, don't talk robe and crown to me."</w:t>
        <w:br/>
        <w:t>Said, "What do you want to do, Sambo?"</w:t>
        <w:br/>
        <w:t>Said, "Just let me stand here and look at Him." Said, "That's all the crown that I'll ever need is to look at Him. Just let me stand here for a million years, and cast my eyes upon Him who freed me from sin and shame."</w:t>
      </w:r>
    </w:p>
    <w:p>
      <w:r>
        <w:t>50. I think that's about the feeling of every believer this morning. I'm not wanting to go to heaven to wear a crown. I'm not wanting to go there to have a robe on. I want to go there to see Him who loved me, and redeemed me when I was all undone and out in the world; and washed me, and renewed me, and made me a new creature in His presence. That's who I want to go see. I want to see Him. I don't care about whether this place has got pomegranates, whether it's got good times, whether it's got starvation, whether it's got… Whatever it is, there's nothing can separate us from the love of God that's in Christ Jesus. I believe that's about the judgments this morning, the things that people do.</w:t>
        <w:br/>
        <w:t>And remember, friends, the only way that you can have that this morning: Someone stood in your place. "God so loved the world that He gave…"---put all of His great judgments upon Him.</w:t>
      </w:r>
    </w:p>
    <w:p>
      <w:r>
        <w:t>51. Look at that rock, when He called them out there before the rock. They smote the rock, and it had a cleft in the side. Now that stick that was in Moses' hand was not Moses' stick; that was God's stick. It was God's judgment rod.</w:t>
        <w:br/>
        <w:t>Watch how He judged Israel with that rod. He come out there, and Moses held the rod out---flies came. He held the rod out---boils came. And judgment was poured out upon Egypt, because of that judgment stick. It was God's judgment was in the stick.</w:t>
        <w:br/>
        <w:t>And notice. That judgment, when drought struck the rock, and there was a cleft in the rock. And that rock was Christ Jesus. And all of the judgment that you ought to receive, every one of you believers this morning, all the judgment that you ought to've had, all the condemnation, all the going away, all the unpleasantness that you've done, God in His love struck all those on His Son, Christ Jesus.</w:t>
        <w:br/>
        <w:t>And He was struck in the side like the rock was.</w:t>
      </w:r>
    </w:p>
    <w:p>
      <w:r>
        <w:t>52. And out of the rock came water. And a perishing people that was dying of thirst, lived because that the judgment stick of Moses … or, God's judgment stick in Moses' hand yielded to the side of the rock brought forth life to the dying congregation.</w:t>
        <w:br/>
        <w:t>What a beautiful fulfillment, now this morning. "God so loved the world (the ungodly, the unlovely), that He gave His only begotten Son, that whosoever should believe in Him should not perish."</w:t>
        <w:br/>
        <w:t>But the judgment … I ought to've died a sinner. You ought to've died a sinner. We're not worthy of heaven. And there's nothing we could ever do that would make us worthy. Just look how we've treated Him. Aren't you kind of a little ashamed of yourself this morning? I am. The way we've treated Him… And yet, in His mercy God took all of my sins, and placed them upon His Son, and there the judgment sliced His side in two, pulled the crown out over His head, and the tears, and spit, and everything running down His side. He paid the price that you and I would never have to stand in the judgment.</w:t>
      </w:r>
    </w:p>
    <w:p>
      <w:r>
        <w:t>53. I think of that little song:</w:t>
        <w:br/>
        <w:t>O what precious love the Father</w:t>
        <w:br/>
        <w:t>Had for Adam's fallen race.</w:t>
        <w:br/>
        <w:t>Gave His only Son to suffer</w:t>
        <w:br/>
        <w:t>And redeem us by His grace.</w:t>
        <w:br/>
        <w:t>See Him hanging on Mt. Calvary</w:t>
        <w:br/>
        <w:t>Suffering there in bitter agony,</w:t>
        <w:br/>
        <w:t>Crying, "Elah, elah, Father,</w:t>
        <w:br/>
        <w:t>Why hast Thou forsaken Me?"</w:t>
        <w:br/>
        <w:t>Had been forsaken in life, been forsaken in death, and all the wrath of God poured upon Him, and He stood our judgment. And He took our judgments and bore them away into an isolated place into the regions beyond. And the laws of God condemned and put the damned, and He took our sins there; and resurrected again on Easter morning for our justification. Now, stands in the person of the Holy Spirit to save every lost sinner in the world.</w:t>
        <w:br/>
        <w:t>Let's pray.</w:t>
      </w:r>
    </w:p>
    <w:p>
      <w:r>
        <w:t>54. Heavenly Father, when I think of that, my heart just turns around in me. God, let my mind turn around, also, from every ungodly thing that there is; that I might serve You. Grant that same privilege to every person in here, that those this morning who are here now that has not felt just like they were exactly Christians yet. They just kind of played along with it, and, oh, they had a conception that there was something to it, but yet has never surrendered, yet, their lives to Thee.</w:t>
        <w:br/>
        <w:t>Grant, Lord, that this very hour, that they'll surrender theirself to You right now by the Word. "Faith cometh by hearing, and hearing of the Word." Now that they know that Christ took their judgments, and all they have to do is confess their sins right now in their heart, and say, "Lord, be merciful to me, a sinner"; and You will humbly and sweetly forgive everyone, no matter if they've had grudges, or been selfish, or if they did things wrong that they sinned in any manner, Father, You will forgive them just at this time.</w:t>
        <w:br/>
        <w:t>And from this day on may they center their hope and faith on what You have said: that we like Joshua and Caleb may possess the land someday---immortality. Grant it through Thy Son.</w:t>
      </w:r>
    </w:p>
    <w:p>
      <w:r>
        <w:t>55. While we have our heads bowed, this is just a little secret affair between you and I and God.</w:t>
        <w:br/>
        <w:t>I wonder, while every head is bowed, and every eye closed, someone just raise your hand and say, "Billy, remember me." God bless you, brother. God bless you, sister. You, brother, God bless you.</w:t>
        <w:br/>
        <w:t>Oh, God, look down there, Father. Look at those poor children's hands. They love You. They're just Adam's children like us all. And they realize that life is just a few ups and downs in it, Lord, but they want to accept Jesus just now. They want to do it from the depths of their heart. They're not going any more upon anything else but Your Word, for You said, "He that will hear My Word, and believe on Him that sent Me, will have everlasting life."</w:t>
        <w:br/>
        <w:t>Save them just now, and take away all their guilt, of those many, many hands that was up. May, from this day on, they consecrate themselves anew just now, fresh, to Thee. Thou knowest all things. You know the secrets of the heart. And I pray that every person in here, now, will renew their vows with truth.</w:t>
        <w:br/>
        <w:t>Father, as Your humble servant, unworthy of the blessings that You do let me share with the people, I'm so sorry that I have, in my life, made so many, many mistakes. And I ask You, Father, this morning, to start anew, now, out into the fields---laid aside everything that I thought was against Your will.</w:t>
        <w:br/>
        <w:t>And I pray, God, as going alone, just with You, that You'll help me, guide me. And I consecrate myself, Lord, to You, and to Your services, that You'll get glory out of the life of Your servant, Lord. What time I have left, may it be to Your glory. Forgive me, Father, of all my mistakes, and all my sins and errors.</w:t>
        <w:br/>
        <w:t>And I also pray for the sins and errors of this people this morning. May we remember this day that we have taken our vows anew at the house of God today, for we ask it in Jesus' dear name. Amen.</w:t>
      </w:r>
    </w:p>
    <w:p>
      <w:r>
        <w:t>56. I have a little song that I'd like to… You all sing with me, if you will. Many of you remember it. "I'm Going Through." Did you ever hear it sang? All right. Let's sing it together, even without the music if we can. Now:</w:t>
        <w:br/>
        <w:t>I'm going through, yes, I'm going through;</w:t>
        <w:br/>
        <w:t>I'll pay the price whatever others do;</w:t>
        <w:br/>
        <w:t>I'll take the way with the Lord's despised few;</w:t>
        <w:br/>
        <w:t>I've started with You, Jesus, I'm going through.</w:t>
        <w:br/>
        <w:t>How many of you really say, "Lord, here's my hand. I mean it. By Your grace I'm going through I'm going to go through."? God bless you. God bless you. And I know you mean it from your heart. And now, let's just lay aside every little thing, and from today… Not saying, "Lord, I want You to give some special. Only thing I'm at, Lord, I'm at Thy Word, Lord, I'm coming. Here I am. I'm going through with You."</w:t>
        <w:br/>
        <w:t>The Lord bless you.</w:t>
      </w:r>
    </w:p>
    <w:p>
      <w:r>
        <w:t>57. Now, I think now, we're going to have… Before we change, is there any here to be prayed for that's sick in their bodies? Let's see your hands go up if there's some to be prayed for. That's just fine. Just before we do that, before I forget it, I believe now… [Brother Branham speaks aside, "Do you have something to report? Do you make any report?"]</w:t>
        <w:br/>
        <w:t>All right. Next thing then would be, I believe, the Sunday School offering. I forgot that. Would the elders come forward? Teddy, you get to the piano, son, if you will, and let the elders come forward for the Sunday School offering at this time. Then we'll have the healing service just in a few moments. And, now, shall we bow our heads just a moment.</w:t>
        <w:br/>
        <w:t>Our kind Heavenly Father, Thou hast taught us in the Word: Let every man lay aside that which God has prospered in him; that when the first day of the week, when we come together, that we should bring in our tithes and offerings into the place, Your house. And we thank Thee for the privilege that we have of worshipping in this manner, which is such a little way. But, we thank Thee for it, Father, and with grateful hearts we come to give this morning.</w:t>
        <w:br/>
        <w:t>Bless all those who do give, that have to give from. And bless those who do not have of these natural substance to give from. We pray that You'll give them many and much of the natural substance, as Your stewards. Help us to watch over it in the right way, that it'll be spent for the right things. This we ask in Christ's name, Thy Son. Amen.</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