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Deep Calleth To The Deep</w:t>
      </w:r>
    </w:p>
    <w:p>
      <w:r>
        <w:t>Date: June 24, 1954</w:t>
      </w:r>
    </w:p>
    <w:p>
      <w:r>
        <w:t>Location: Washington, DC, USA</w:t>
      </w:r>
    </w:p>
    <w:p/>
    <w:p>
      <w:r>
        <w:t>1. There's no two Holy Spirit. And that Holy … led Simeon that night … or, morning, to the Christ has led you here tonight, 'cause you believe the promise of the Holy Spirit. And He's just as obligated to you as He was to Simeon---the same---because He's God, and He has to keep His Word.</w:t>
        <w:br/>
        <w:t>Then I can see Simeon, he craved, he desired to see the Christ. He believed what the Word of God had said to him. No matter what the critics said, he believed the Word of God. There was a yearning in his heart to see the Christ, and he believed he would. As David said, "When the deep calleth to the deep." Many of you in here believe in divine healing; do you? Do you believe in divine healing? The very reason that you believe in divine healing proves there is a divine healing.</w:t>
      </w:r>
    </w:p>
    <w:p>
      <w:r>
        <w:t>2. When we come to America, we found the American Indian. He was worshipping something---the sun, the moon, and nature---because in him he's a human being and he knows he had a maker. So there was something within his human heart called out to worship. It is to every mortal. You might worship your automobile, your job, your house, or something; you'll worship something. So if there's any idols, take it out and let Jesus Christ have first place. Let Him be first of all.</w:t>
      </w:r>
    </w:p>
    <w:p>
      <w:r>
        <w:t>3. Then, the hunger, deep. As David said, "When the deep calleth to the deep, at the noise of thy waterspouts."</w:t>
        <w:br/>
        <w:t>Now, the deep calling to the deep. For instance this: If there is a deep in here calling, there has to be a deep to respond to that call. Maybe I'll make myself clear as this. I'm a great lover of nature, and going into the woods, I watch the sunset, I hear the animals scream of the wild. My mother's a half Indian. So there's something about it, in my blood that I love nature. And when I hear the call from the wild, there's something sets my soul afire. I can't help it.</w:t>
      </w:r>
    </w:p>
    <w:p>
      <w:r>
        <w:t>4. Here recently I was up in Colorado, and I was standing upon a mountain, and I was watching an old mother eagle as she brought her little ones from the nest on her wings, and set them down in a grassy pasture. And then she flew back up to the top, very peak of the highest rock she could get to, and she sat down. She began to watch.</w:t>
        <w:br/>
        <w:t>Well, I was watching through my binoculars, my horse was hitched to a tree, and I was watching. And I said, "Lord, I like this." And it seemed to me that I [Break in tape]</w:t>
      </w:r>
    </w:p>
    <w:p>
      <w:r>
        <w:t>5. … smells.</w:t>
        <w:br/>
        <w:t>If you was ever around an eagle's nest. And they make it out of sharp sticks and things. And them poor little eagles was just walking on those sticks and thorns; they never knowed nothing else. But one day the mother spread forth her wings and they stepped on the wings and went down. Now, I looked at those little fellows, and they were just having a Pentecostal revival. They were just running around on that soft grass, just picking here, and chirping to one another, and jumping over each other, just as free as they could be.</w:t>
      </w:r>
    </w:p>
    <w:p>
      <w:r>
        <w:t>6. I thought, Well, that's right. Now, there is like a man in the old nest of the world, knows nothing but what the devil can give him. But one day God picks him up and sets him down in a shady green pasture. Oh, how he rejoices! He's free. There's nothing … no harm. I thought, Well why ain't those little fellows afraid? Wonder if they realize there's coyotes around that would pick them up? But every once in a while they would look up. And the old mother was sitting up there watching them.</w:t>
        <w:br/>
        <w:t>I thought, Well, praise be to God, that's right. He taken me out of the nest of the world, and He climbed the ramparts of glory, sitting on high watching over His heritage to see that no harms comes. I thought, If a coyote would start towards one of those little eagles, she'd flog him to death. I thought, "That's right. Let Satan take after a believer and he's got Jesus Christ on his hands. That's right. Let him take…</w:t>
        <w:br/>
        <w:t>After a while… She was watching; her great majestic head looking around. She was on the highest rock that she could find, 'cause she could see everywhere. Her sharp eagle eyes watching. And after awhile I seen her raise her head. Through my ten power binoculars I seen her raise her head and look around. She was flipping the air. I thought, What is it?</w:t>
      </w:r>
    </w:p>
    <w:p>
      <w:r>
        <w:t>7. Way back in the north, a northerner started; the thunder roared. She let out a scream and down through there she went, throwed forth those big wings right out on that grassy prairie. And every one of those little eagles ran over real quick; they were instructed, perhaps, before leaving the nest. They caught their little feet right in the feathers, throwed their little mouth down, little bill, hooked it around a feather. And she raised with that bunch of eagles on her wings, and went just as straight, piercing that wind, blowing nearly fifty miles an hour then, right into the cleft of the rock.</w:t>
        <w:br/>
        <w:t>I cried like a baby. I thought, Some glorious day, when this revival's over, He'll come from glory, spread forth His great wings of power and the little eagles will hook their bills in to the air and fly away into glory with Him.</w:t>
      </w:r>
    </w:p>
    <w:p>
      <w:r>
        <w:t>8. Deep Calling To The Deep. If the deep's calling, there's a deep to respond. In other words, before there was a tree to grow on the earth, there had to be an earth to grow in first. God never made the tree for the earth; He made the earth for the tree. He made the earth and commanded the earth to bring forth a tree, and the earth was calling till the tree come forth. Before there was a fin on a fish's back, there was no water for him to swim in. The reason he's got a fin is because there was water for him to swim in to use it. Everything that we have is for a purpose, and for a cause.</w:t>
        <w:br/>
        <w:t>Here some time ago I was reading where a little boy eat the erasers off of pencils. He ate all the rubber he could find. He even eat the pedal off of a bicycle. And they didn't know what was wrong with the little lad. So they took him down for an examination to the doctor at the clinic. And after they examined him, they found out his little body needed sulfur. And sulfur is in rubber. And he was eating the rubber to get the sulfur.</w:t>
        <w:br/>
        <w:t>Now, here it is; get it. There had… If there was something inside here calling for sulfur, there had to be a sulfur to respond to it before it could call. See what I mean?</w:t>
      </w:r>
    </w:p>
    <w:p>
      <w:r>
        <w:t>9. Now, before there… When the deep calls to the deep, before there can be a deep call, there has to be a deep to respond to it. And then as sure…</w:t>
        <w:br/>
        <w:t>As you people a few years ago, who probably was sinners, maybe you were in some formal church that did not believe in the baptism of the Holy Spirit, but you heard the message. There was something in there called out for more of God. You might have been living in a justified state before God, but you wanted the baptism of the Spirit, and you hungered for it. Now, the very reason that there is a Holy Spirit is because you were hungering for it. You would never hunger for it unless there was something in here to call for it out there. See what I mean?</w:t>
        <w:br/>
        <w:t>And then the very reason that you're here tonight, you believe in divine healing. And if there… Was even taught in the Bible, if you group of people believed in divine healing there has to be a fountain open somewhere or you'd never have the desire for it. If you've got the desire to be healed by God, there's a God to heal you. That's right. For the deep calls to the deep.</w:t>
      </w:r>
    </w:p>
    <w:p>
      <w:r>
        <w:t>10. That's the way it was with Simeon. He knew that there was coming a Christ, and he knew that God promised him that he would see Him before he died. Now, notice, then as Simeon was led… Isn't it strange, just when Jesus came on the scene, Simeon was led by the Holy Spirit right to Christ by the Holy Spirit who gave the promise? And the Holy Spirit who give the promise of divine healing has led you here tonight right to the fountain where it's open tonight for whosoever will, right now, the same Holy Spirit leading, leading sons of God who believe the promise of God. You see what I mean? Every one of you sons and daughters of God is led here because you believe God's promise. Oh, when I think of it!</w:t>
      </w:r>
    </w:p>
    <w:p>
      <w:r>
        <w:t>11. Then I think: Way over in the corner, there's an old woman. We're taught that she was blind; her name was Anna. She was a prophetess, waiting for the coming of the Lord. God's under obligation to show her the Christ.</w:t>
        <w:br/>
        <w:t>And the Holy Spirit moved upon Anna. And I can see that old blind prophetess that morning coming along through that building, blind, led by the Holy Spirit, moving along, all along those people. Come down along that line of women and stopped right in front of the found, for she was led by the Holy Spirit.</w:t>
      </w:r>
    </w:p>
    <w:p>
      <w:r>
        <w:t>12. Yes, He's here tonight. He is risen from the dead. He's given you the promise. The Holy Spirit has drawed you together. If you wasn't here tonight… If the Holy Spirit hadn't brought you here, you'd be out somewhere in the world. But you're sitting here in this hot building, fanning, because, why? You're expecting to see Jesus Christ come on the scene and confirm His Word. Expectations.</w:t>
      </w:r>
    </w:p>
    <w:p>
      <w:r>
        <w:t>13. If you expect to come just to find something to criticize, the devil will sure show you plenty to criticize. He certainly will. You get what you expect. Some of them say, "Well now, if I don't get it up in the prayer line… If I see something like this then I will believe." You'll get what you expect.</w:t>
        <w:br/>
        <w:t>I'm expecting tonight to see the Holy Spirit come and manifest Himself in power, pour out His glory upon this building here, many receive the Baptism of the Holy Spirit, sinners weep their way to Calvary, sick be healed, all manners of signs and wonders because Jesus Christ has promised it. And I believe His promise.</w:t>
      </w:r>
    </w:p>
    <w:p>
      <w:r>
        <w:t>14. Shall we pray.</w:t>
        <w:br/>
        <w:t>Heavenly Father, as Thy Word is truth, confirm Thy Word with signs and wonders of the resurrected Jesus. We know that when He was on earth He didn't claim to be a great person; He only claimed that You showed Him visions, what to do. He knew the thoughts of the people, their conditions. He knew when the woman had a blood issue that touched His garment. She was standing out there, and she seen she could not be hid for Jesus was looking right at her. He knew. He said, "Thy faith has saved thee."</w:t>
        <w:br/>
        <w:t>And, Father, we know that He is here tonight because He promised to be. And our confidence is anchored in Him, in His Word. We're sure we have seen Him in the manifestation of His great resurrection here on earth working among His people in His church. And, Lord, let us be today the light-givers of this age, that when the great drama is set at the end of the road, and each one of us comes up before You, and the great screen is pulled out, and our lives of this generation is brought back before us, God, let me hear my voice screaming against unrighteousness and calling to people to believe on Jesus, Thy Son.</w:t>
      </w:r>
    </w:p>
    <w:p>
      <w:r>
        <w:t>15. Bless the people here tonight. they're sitting through this heat, and I pray, God, that You'll give them a special blessing. May the soothing powers of the Holy Spirit take away all the thoughts of this. And, Lord, sanctify Thy servant just now for the service coming on. Standing here realizing that eyes will be turned this way. And I pray, Father, in humility, that You will let Your great glorious power be known to everyone. And if Thy unworthy servant has found grace in Thy sight for tonight, may You take this unworthy person, move the being out and come in, Lord Jesus, and speak to Your people.</w:t>
      </w:r>
    </w:p>
    <w:p>
      <w:r>
        <w:t>16. And when life is all over here on earth, the last prayer has been prayed, the battles are all done, the smoke's dried up, gone away, arms are stacked, the Bible's closed, and we come up to Your house. That great morning breaks eternal bright and fair, when the chosen ones shall gather to their home beyond the skies, the poet said. Lord, as we see that great table stretched out there for that supper, thousands of miles long; looking across the table to each other, battle scarred veterans, tears of joy running down our cheeks; the King come out in His beauty, holiness; walk down along the table and take His own hands and wipe the tears from our eyes, saying, "Don't cry no more; it's all over. Enter into the joys of the Lord." The toils of the road will seem nothing then, Father, when we get to the end of the way.</w:t>
        <w:br/>
        <w:t>And help us tonight, Lord, forgiving those things which are in the past, let us press the mark of the high calling now. And may Your Spirit come and manifest Your Son, Jesus Christ, to these people, as I have tried, as a mortal, to tell them of You being the same yesterday, today and forever. For we ask it in Jesus' name, Thy beloved child. Amen.</w:t>
      </w:r>
    </w:p>
    <w:p>
      <w:r>
        <w:t>17. The Lord bless you. And tonight just before the healing services…</w:t>
        <w:br/>
        <w:t>Excuse me for being a baby, but there's something gets in my heart when I talk about Him. I remember when I was first called by my ministers when they…</w:t>
        <w:br/>
        <w:t>See, since a little baby, visions would come. They said, "Billy, don't you never go to that." Said, "That's the devil." Being taught that by clergymen I half-way believed that the visions would be of the wrong… Then when He come to me that night and told me who He was… Oh, my!</w:t>
        <w:br/>
        <w:t>And I know that He's here right now. And I know His presence, and I know I love Him. I thought, How could I be a devil and love the Lord Jesus the way I do. How can my heart bleed for Him, and He knows my heart. And He came and told me different. I believe Him, because He compares with God's Word, and their word does not compare with God's Word. For we're living in this day.</w:t>
      </w:r>
    </w:p>
    <w:p>
      <w:r>
        <w:t>18. And now, Christian friends, I want to say to you all… 'Cause when it strikes me sometimes, you might wonder what happens. I can't explain it; it's beyond me explaining it. But I get so weak that I can't hardly stand after maybe one or two people that I meet. You might not understand that, but just read the Scripture; it declares it.</w:t>
      </w:r>
    </w:p>
    <w:p>
      <w:r>
        <w:t>19. I believe the prophet Daniel had saw a vision, and he said he was troubled at his head for many days. Is that right? And Jesus, one time when a woman with enough faith to pull Him around and see who she was, He said, "I perceive that virtue (strength) has gone out of Me."</w:t>
        <w:br/>
        <w:t>And people right out there, when… It's not me, Christians, you know that. I am … I'm just a man, chief of sinners. But one born out of season to you Full Gospel people. That's right. By grace, by God's grace, He lets me call you my brother, and sister. And I love you.</w:t>
        <w:br/>
        <w:t>And I'm not here tonight to be seen or heard. I'm not here because of finance; you know that. So I'm here for one thing, because I love Jesus and I love you. And I believe that by coming by this invitation, maybe I could submit myself to Him, and He would do something through me that would make you love Him more, and believe Him and be healed. That's the only alternative I have of being here. God bless you.</w:t>
      </w:r>
    </w:p>
    <w:p>
      <w:r>
        <w:t>20. God bless you pastors again, and businessmen. And I say to you now before I get so weak. Sometimes I can't leave the platform. My boy and manager and them watches that. And I want to say good-bye to you. God bless you. And if I never meet you again this side of the great river, I will see you in the morning, where the… And I'll have the testimony that I have now: I love the Lord Jesus.</w:t>
      </w:r>
    </w:p>
    <w:p>
      <w:r>
        <w:t>21. And the visions: God gives me visions; that is true. The Bible before me, and God who is my witness, and knows. And I can only declare and say as He would let me by His grace do. So pray for me.</w:t>
        <w:br/>
        <w:t>And one more thing I'd like to ask. I'm going to Africa, India, Palestine, Germany. And remember in those lands, like it was before… Don't think that witch-doctors and all those different demon possessed people will challenge you right on the ground. And you better know what you're speaking of. That's right. And when the winds are blowing hot and heavy, and persecution is on, can I remember in Washington, DC that somebody's praying for me? Will you promise me that? If you will raise your hand. Thank you. God bless you. Thank you much.</w:t>
      </w:r>
    </w:p>
    <w:p>
      <w:r>
        <w:t>22. Now, I think last evening they gave out a hundred prayer cards, last night. And I believe that number was … or, that letter was Y. And I believe I called the first fifteen of them last night. I think that is right; isn't it, brethren? The first fifteen of those cards that was given out.</w:t>
        <w:br/>
        <w:t>Now, we'll call some more of them. And maybe tonight, if faith is coming high, maybe we can get two or three groups of them. If not, I ask every person here… How many people in here that doesn't have a prayer card and would want to be healed by God tonight? Just raise your hand. Doesn't have a prayer card. Well, it's just… You can hardly tell; it's just solid everywhere. I'm going to ask you something, this may be my first time of ever meeting you. It's too bad that we can't stay a little longer in a meeting. And you know how to accept divine healing.</w:t>
      </w:r>
    </w:p>
    <w:p>
      <w:r>
        <w:t>23. Many times when people are healed… A growth is a demon, every sickness is of the devil. God don't put sickness on His children; the devil does that, see. Can Satan cast out Satan? You say, "Why, the devil heals, too." Well, Jesus said he couldn't. He said, "If Satan casts out Satan, his kingdom's divided." So he can't. Only God can heal.</w:t>
        <w:br/>
        <w:t>Medicine and doctors do not claim to heal. Mayo Brothers is one of our best authorities. They said, "We do not claim to heal." Said, "We only claim to assist nature." There's only one healer; that's God. They can sew a place up in your hand, but they can't heal it. They can only sew it up. A dentist can pull a tooth, but who's going to heal the place? A doctor can take appendix out, but who's going to heal the place he cut? God does. Medicine doesn't grow tissue; medicine's only an aid. God is the healer. A doctor can set your arm; but when he comes and sets your arm, you don't go out and you're not well. The doctor does his part, what he's taught to do, and knowledge to do. He sets your arm, but he leaves it for God to heal. That's right. All healing is of God. So now, you just believe Him.</w:t>
      </w:r>
    </w:p>
    <w:p>
      <w:r>
        <w:t>24. And sometimes when those growths: The life go out of them, as a demon. Well then, those growths die. If a life went out of you, 'course you would die. Your life would go from you, but the body's still there; it shrinks. If there's an undertaker here, he knows that the human body … any flesh shrinks when the life is gone.</w:t>
        <w:br/>
        <w:t>Watch a little animal when it's killed on the road, it'll weigh… Or some of you hunters here: If you kill an animal---beef, or a butcher---and you lay it on the scale and weigh it now---just kill it and weigh it---then in the morning weigh it again and see how many pounds lighter it is. And then let it lay there for two or three days and then see how many pounds heavier it is.</w:t>
      </w:r>
    </w:p>
    <w:p>
      <w:r>
        <w:t>25. Well now, a growth, when it dies the demon goes out of the growth, like tumor, cancer, or cataract, so forth. When the demon goes out of it, which is a life…</w:t>
        <w:br/>
        <w:t>Every person here come from one little germ, and you begin to develop cells, and those cells come into … after the nature of the life that was in it, which made man. The cell from the dog makes the dog; and the bird, the bird; after its nature, every kind.</w:t>
        <w:br/>
        <w:t>But now, a demon, which is a growth---or, it doesn't have to come in growth---it starts developing cells. Say for instance, cancer. It starts to developing cells and becomes larger, larger. Well now, it's got a life, and it's living, just the same as you was living and developing in the womb of your mother; the same thing: You're developing. But now, when that life is in your life, it's a different life. You've got life to live, and that's a life of death … or, a spirit of death, rather. Pardon me. And it's death. Well, now, it doesn't belong in you, it wasn't in there before, but it's there now.</w:t>
      </w:r>
    </w:p>
    <w:p>
      <w:r>
        <w:t>26. Well then, who put that in there? It only has to come from one thing, that's the devil. And it's a germ---cancer, tumor, any of those things come from a germ---and you come from a germ too, see. So when that died…</w:t>
        <w:br/>
        <w:t>For instance, like cataract: If a person's got cataracts, when the spirit leaves, the people say, "Oh, I can see, I can see." And the next day they can see much better. But then after about seventy-two hours, corruption sets in, like the resurrection of Jesus.</w:t>
        <w:br/>
        <w:t>Now, the cell didn't corrupt; He raised before the three days and nights, of course. You see, He died on Friday afternoon and raised Sunday morning. 'Cause David said, "I will not leave His soul in hell, neither will I suffer My holy One to see corruption." Those cells begin to break in seventy-two hours.</w:t>
        <w:br/>
        <w:t>And about… And then when the patient… When that begins to swell, that growth, getting bigger, they'll… Of course, your heart has to purify the blood stream.</w:t>
      </w:r>
    </w:p>
    <w:p>
      <w:r>
        <w:t>27. A lady came to me last night, a very saintly, godly-looking woman, with a big cancer. She said she come in the line, said it was all covered over with her hair. So, I stood and looked at her and told her, under the Spirit, she had cancer on her head. And I said it was going to come off. And it come off, and she's got it here, I guess, tonight, here in a bottle of alcohol, right here now. We've had thousands of them.</w:t>
        <w:br/>
        <w:t>Is the woman in the building? Would you stand up, if the woman's anywhere in the building with that cancer in the alcohol, if she's anywhere in the building? Is she standing up? Wave your hand or something so someone will see you. Yes. There's the lady standing there with the cancer. And I seen, standing right on the platform---just turns white and drop right off on the platform, see.</w:t>
      </w:r>
    </w:p>
    <w:p>
      <w:r>
        <w:t>28. Now, that's a miracle. Usually when the growth is dead, the life goes out of it. But the growth, if it can't drop off, it's on the inside. And if it does, of course, it'll lay there for a few days and begin to swell up. Like any other flesh, the cells will begin to break. Then you get real sick with a fever. 'Course, it's an infection. Like the heart pumps the blood and purifies the body. There's a big lump of flesh laying loose in your body. The patient gets violently sick. Then they say, "Oh, I felt so good on the platform and for a day or two, but I guess I've lost my healing."</w:t>
      </w:r>
    </w:p>
    <w:p>
      <w:r>
        <w:t>29. Why, brother, sister, that's the best sign in the world you've got your healing, see. And then you start disbelieving, and just as sure as your faith taken the life away, your unbelief will bring it back again, see. It will; it'll resurrect it. Remember, Jesus said, "When the unclean spirit's gone out of a man, he walks in dry places. Then he returns with seven other spirits." Is that right? So, let the good man of the house be in fear.</w:t>
        <w:br/>
        <w:t>No matter how you feel… It ain't what you feel, it's what you believe. Jesus never did say, "Did you feel it?" He said, "Did you believe it." God bless you. All right.</w:t>
      </w:r>
    </w:p>
    <w:p>
      <w:r>
        <w:t>30. Now, let's see, I believe that was one hundred prayer cards they gave out last night, in Y's. We never got to all of them. Let's take the last fifteen of them tonight, to try. Who has prayer card 80? That'd be, oh, 85. Who has prayer card 85? Would you raise your hand? If somebody's here, somewhere in the back, prayer card 85?</w:t>
      </w:r>
    </w:p>
    <w:p>
      <w:r>
        <w:t>31. All right, 86. Who has prayer card 86? All right. 87, 87? Do I see someone with prayer card 87 please? Would you stand up please? All right, 87 is what… Say, somebody maybe can't get up, maybe they're on a stretcher, maybe they're deaf, and they say, "Well, no one helped me." I get the backfire of it in my office. They say, "Well, I was there. And you just said from so-and-so to so-and-so, and nobody helped me." And maybe they was deaf.</w:t>
        <w:br/>
        <w:t>Now, look. We got 85, 86, 87. Look on your neighbor's card and see. He may be deaf and can't hear. 87? Thank you, sister. 88? Who has 88? Prayer card 88, is it in the building? 88? All right. 89? Is prayer card 89? Can you get up? 89? Is a hand up for 89? All right, 89. All right 90? 90? (Only Believe, that's fine.)</w:t>
        <w:br/>
        <w:t>Now, with everyone in here… If you'll just do now what He says do… Now, no matter what He says do, you do it. Just do it. Just you go do just what it says.</w:t>
      </w:r>
    </w:p>
    <w:p>
      <w:r>
        <w:t>32. Now, I'm your brother, and just a man. Now, if He will come and take this poor frame, and bless it enough to let His Holy Spirit work through it, then you'll see Jesus Christ moving in the audience.</w:t>
        <w:br/>
        <w:t>And now, no matter how much He would vindicate Himself here, if you don't believe me, He can't do nothing for you. Is that right? No matter if He was standing right here by my side, visibly that you could see Him, well, if you didn't believe me, I couldn't do nothing for you. But my words will be just what He has said out of His Scripture; and I'll pray with all my heart that God will help you. 'Cause they'll be probably mothers and dads and so forth, in here that's sick and afflicted and needy. And I'll ask God to help you, the best of my knowledge.</w:t>
      </w:r>
    </w:p>
    <w:p>
      <w:r>
        <w:t>33. All right, line up here over on the right. Now, let's all bow our heads just a moment.</w:t>
        <w:br/>
        <w:t>Kind Father, we pray in the name of Thy Son Jesus. May the Holy Spirit come now and manifest the works of Jesus Christ. Bless these people everywhere and make them to be whole, make them well, make them healthy, happy.</w:t>
        <w:br/>
        <w:t>And now, in order to do this, Father, Thou knowest the frailness of Thy servant. And I don't know what to say or what to do. And now, I have did this all at Thy command. And I believe that You will be here tonight to bless and to help these people. And, Father, if You'll just let the Holy Spirit come to Your servant and reveal these things to us---what we should do, and how we should do them---then we will all be happy and rejoice. And this audience will believe on You with one heart and accord.</w:t>
        <w:br/>
        <w:t>And, Father, I ask You this as Your servant, let not one feeble person leave this building tonight. May they every one go well and healthy and rejoicing. Do it, will You, Father? I pray with grace in my heart and faith. In Jesus Christ's name. Amen.</w:t>
      </w:r>
    </w:p>
    <w:p>
      <w:r>
        <w:t>34. Now, many times… (Is there someone on those lights? someone at the lights that could move them?) Now, sometimes this Holy Spirit, it comes… And many of you seen the picture. If I ever come again, I'll bring you some of them. As our Brother Moore was telling tonight, it's been taken several times. And in the books, I guess you all got them, I only had two boxes. So I hope you enjoy them real well.</w:t>
      </w:r>
    </w:p>
    <w:p>
      <w:r>
        <w:t>35. And now, you look in there, and you'll see another picture of it where it settled down, and a newspaper photographer caught that one at Camden, Arkansas. But it wasn't authentic like this American Association. And they got it, then it became authentic.</w:t>
        <w:br/>
        <w:t>And many thousands of people… I was standing on the river here some time ago baptizing five hundred after a revival, and it come right down where I was standing. And people fainted just there where it was. And it was just like a roaring noise, and whipping fire. I pray that God will come visible before the audience tonight in that manner here. If it caps it once more, if I can find favor with God…</w:t>
        <w:br/>
        <w:t>Now, you realize, it could come to some eyes and wouldn't to others. We don't want to think that, but it does. John was one who bear record seeing the Spirit of God over Jesus. Is that right? It never said the audience… And the wise men followed a star. Do you believe that? And it passed over every observatory in the land, all the way from the orient, weeks and months a coming. And they set time by the stars. They watched all night long; they kept time. And no one ever saw it. But the wise men did, for they were looking for it. You be looking for Christ tonight; He'll see you. The Lord Jesus bless you. All right.</w:t>
      </w:r>
    </w:p>
    <w:p>
      <w:r>
        <w:t>36. Billy Paul, Brother Moore, some of you here [unclear word] is ready. We got the whole line lined up, Billy? The whole fifteen? All fifteen lined up. Now, to the rest of you, try… The ones that hasn't got a prayer card and know you won't be in the line, I want you to look this way and just believe. And you believe with the same kind of faith that that woman had touched His garment. And He turned and said, "Thy faith has saved thee."</w:t>
      </w:r>
    </w:p>
    <w:p>
      <w:r>
        <w:t>37. Do you believe He's the same tonight? Do you believe in all that howling mob, that poor little old blind man sitting down by the walls of Jericho, probably twice the distance of this building, a screaming and hollering, "Have mercy on me." Jesus perhaps had never heard his call. But He felt his faith; it moved. In all that bunch of critics, He turned, and said, "Thy faith has saved thee."</w:t>
        <w:br/>
        <w:t>He turned to the audience and said, "Why are you reasoning in your heart?" Said to the woman at the well, "Go get your husband." And He said, "I can do nothing except the Father shows Me." [Blank spot on tape.]</w:t>
        <w:br/>
        <w:t>I want to ask you something. If what I have said is the truth, if it is the truth, then God is obligated to His Word---not to me, but to His Word. Is that right? He's obligated to His Word. And then He will bring that to pass just exactly the way He said He would do it. And if He does do it, will all of you then in here, if you haven't received Jesus Christ, would you be willing to do it?</w:t>
        <w:br/>
        <w:t>And you that's here that can see His mercy to others, He will have mercy to you if you'll just have faith and believe. Just pray and say, "Lord, I'm a believer, and I want You to heal me tonight." And God will do it.</w:t>
      </w:r>
    </w:p>
    <w:p>
      <w:r>
        <w:t>38. We had just left Africa recently, where I'm to return again in the next few weeks: Africa, India, Palestine, Germany and … a ministry. And at Durban, South Africa, after about three or four people had passed through the prayer line and they seen the power of the Holy Spirit moving in the people, and seen what God was doing, thirty thousand accepted Jesus as personal Saviour in one altar call. Thirty thousand at one time.</w:t>
        <w:br/>
        <w:t>So I believe if we will take God's Word as a rule, and go into all the world and preach the Gospel… The Gospel came not in word only, but through power and demonstration of the Holy Spirit. So the Gospel is demonstrating the power of the Holy Spirit.</w:t>
      </w:r>
    </w:p>
    <w:p>
      <w:r>
        <w:t>39. I've went into nations, they'd say, "Now, we don't want missionaries. We know more about it than you do. But the thing we want to see is somebody that's got faith enough to make God's Word manifest." That's what they want to see. And that's how they get converted. That's how they find Christ, is because they believe in that manner. And I trust to God, with all my heart, that there'll be many, many here tonight who will find Christ the same to their hearts. May the Lord Jesus of Nazareth bless each and every one of you, is my prayer.</w:t>
      </w:r>
    </w:p>
    <w:p>
      <w:r>
        <w:t>40. Now, okay? No man seeks God at any time; God seeks man. Never did a man seek God in all the world; God's seeking man. When man first fell in the Garden of Eden, it showed the strain of man. Man hid; God was hunting man. Jesus said, "No man can come to Me except My Father draws him." He has to be drawn of the Father first.</w:t>
        <w:br/>
        <w:t>And then, I would like to explain something to you. Seeing a vision… How many people in here ever dreamed a dream? Let's see your hands. Why, I guess two-thirds of you. There is true that many people doesn't dream. That's your subconscious, we're taught. Here's your first conscience, here's your subconscious. Now, this subconscious is what I'm trying, with the Holy Spirit, to work on. This first conscience… I might ask this man here, or any man along here somewhere, "Do you believe?" "Oh, yes sir." You believe it here, but what about this man down here? He's the one that runs the ship, not the man up in the powerhouse; it's the man in the engine room.</w:t>
      </w:r>
    </w:p>
    <w:p>
      <w:r>
        <w:t>41. Sometimes when we go to sleep, you go into this subconscious and you dream. And you dream of things you did when you were here. Then when you wake up, you remember things that you dreamed. You people that's dreamed dreams, many years ago you dreamed them, you still remembered. Well, there was some part of you somewhere. Isn't that right? Or you wouldn't remember it. Something that you dreamed many years ago.</w:t>
        <w:br/>
        <w:t>Now, the man who sleeps sound, his subconscious is way back; it never get to him. But a seer, his subconscious is not back there, neither is it here; it's right here. He doesn't go to sleep, he's got his eyes open and he just sees. Now, that… God give that man a place where he could sleep sound and not dream; God gave men the way to dream dreams. I'd say, "Dream me a dream." You couldn't do it.</w:t>
      </w:r>
    </w:p>
    <w:p>
      <w:r>
        <w:t>42. Well then, God puts in the church some, apostles, prophets, gifts of healing. Is that right? They were all for the perfecting of the church. Paul said, "If there come… If you all speak with tongues and the unlearned comes in, won't he say, 'You're all mad?' But if one prophesies and reveals the secrets of the heart, won't they fall down and say, 'Truly God is with you.'" Is that right? Is that the Gospel? Well, wasn't that Jesus Christ yesterday? Isn't He today? You can believe Him by speaking with tongues; you can believe Him by the Holy Spirit; but I believe Him in the full measure that He is, the same Lord Jesus. He's not dead. He rose from the dead and is here tonight, here at the platform now. And may He bless and help.</w:t>
      </w:r>
    </w:p>
    <w:p>
      <w:r>
        <w:t>43. I've never been in this country before. And as far as I know, there's not a living soul that I can see before me that I know. Very few here on the platform. Brother Boze, I remember him. I've seen the man there next to him; I don't remember his name, but… And Brother Lindsay… Just maybe three or four ministers setting here that I know in the building. But God knows all of you. Is that true? He knows all of you.</w:t>
      </w:r>
    </w:p>
    <w:p>
      <w:r>
        <w:t>44. Now, this lady standing here, God in Heaven knows I never seen her in my life as I know of. Are we strangers, lady? We are perfect strangers. But God knows her.</w:t>
        <w:br/>
        <w:t>Now, if Jesus is the same yesterday, today, and forever (Let's change the picture now.), what He was yesterday when He was going to find out something about a woman, He said, "Bring Me a drink."</w:t>
        <w:br/>
        <w:t>She said, "Why, it's not customary for this to happen, Jews and so forth, with the Samaritans."</w:t>
        <w:br/>
        <w:t>But Jesus speaking to her a little while, He found just where her trouble was. Is that right? Well now, Jesus has risen from the dead, now, and is living in us tonight. "A little while, the world sees Me no more, yet you shall see Me, for I (I is a personal pronoun.) I will be with you, even in you to the end of the world." Now, that's the Gospel truth. You might not have read it that way, or thought of it that way, but that's the way it's written in the Bible. That's… Your theology might of bypassed it somewhere, but that's the way it's written in the Bible: "I will be with you, even in you to the end of the world."</w:t>
      </w:r>
    </w:p>
    <w:p>
      <w:r>
        <w:t>45. Now, you know I'm waiting for something. That is true. It's the Angel of the Lord. That's true. I'm just as helpless as I could be, just like any of the rest of you. And I'm here perhaps with critics sitting here. How many of you ever seen His picture, knowed of my meetings and seen where the scientific taken His picture of a great light. It comes in, you can watch it. Yes, many of you. It's, oh, thousands of copies of it's been sold and so forth. The Douglas Studios in Houston, Texas, has it where George J. Lacy, one of the best in the research in America, taken it and examined it and everything to see it wasn't double exposure or something. And Jesus Christ vindicated Himself as being the same yesterday, today and forever.</w:t>
      </w:r>
    </w:p>
    <w:p>
      <w:r>
        <w:t>46. Now, of course, I wait for Him. Whether He will help me tonight, I do not know. And if I have said anything boastfully, or anything that I've said out of the way, may God forgive me. I wouldn't mean to do it. I only mean, with humbleness of heart, to represent Jesus Christ. He's listening to me now, and may His mercy be here tonight, being that I've spoke these things and that being His Word, may He come and help us, is my prayer.</w:t>
      </w:r>
    </w:p>
    <w:p>
      <w:r>
        <w:t>47. And now, is the organist here somewhere? If she will slowly, please, real low, the song Only Believe. And everybody please be in a mood of prayer, if you will. You don't have to bow your heads unless you're asked.</w:t>
        <w:br/>
        <w:t>Now, in a prayer line, you that's coming, watch. If He rebukes you, you must… It'll be the truth. If it is, you must be willing to stand it. In the audience anywhere, if He says… You must know it's not me; it's Him. And go make it right.</w:t>
        <w:br/>
        <w:t>The first thing you can do, before you can find a cure, you got to find the cause before you can find the cure. If you go to a doctor sick and upset and he gives you an aspirin, he's not a good doctor; he's trying to get rid of you. If he's a good doctor, he'll diagnose the case till he finds the trouble and then start working from there.</w:t>
      </w:r>
    </w:p>
    <w:p>
      <w:r>
        <w:t>48. That's the same thing we have to do here. If an evil spirit… If there's unconfessed sin or something, or some out of the will of God, you could anoint them all night long and cry and scream and do all you wish to, that demon will stay right there. That's right. He has a right to, but that's what you have to watch. God has put a curse on somebody for something, then you come along and take it off, you get in trouble like Moses did. That's right.</w:t>
        <w:br/>
        <w:t>He's here, the Holy Spirit. Now, in the name of Jesus Christ, the Son of God, I take every person in here under my control for God's glory.</w:t>
      </w:r>
    </w:p>
    <w:p>
      <w:r>
        <w:t>49. Now, I want to talk to you a minute, sister. You're conscious that something's going on, of course. It's just now happened. Now, if that is true, let the people see by your uplifted hand. That's right, see. That's His presence. That's right, see.</w:t>
        <w:br/>
        <w:t>Now, I'm a stranger to you, never seen you in my life. And now, if the Holy Spirit that I have spoke of, of Jesus Christ the same yesterday, today, and forever; if I have truly witnessed that to the people, and declare it to be the truth, and He is the same, then He will reveal to me something to you that would help you to believe. If you're… I don't know what you have need of, whether… But He does.</w:t>
        <w:br/>
        <w:t>Now, if God will permit that, would you accept your healing, or whatever it is you want, finance, or whatever it is you're here to seek Him for to ask Him about? Or domestic troubles, whatever it might be, whatever it is, He'll know, and He'll be able to let me know. Is that right? And that would make Him the same as he talked to the woman at the well.</w:t>
        <w:br/>
        <w:t>Now, I'm only talking to you like He did, to contact your spirit. And I see you moving from me. You're … you've had a… I see a great crash of some sort; it's an accident. ["Yes. Yes."] And, it was a car wreck, ["Yes."] and you were thrown in the air, like that. And it strained you somewhere in your neck and has caused a cancer to come into your neck. And you're some sort of a teach in the Scripture. And you believe that Jesus Christ makes you well? ["I do."]</w:t>
        <w:br/>
        <w:t>Father God, in the name of Thy Son Jesus Christ, on the authority of God's Word, by a dying woman, I ask this evil thing to leave her.</w:t>
        <w:br/>
        <w:t>Satan, you are exposed. So come out of the woman as the church of the Living God calls for you to leave in the name of Jesus Christ. Amen. ["Thank you. Thank you."]</w:t>
        <w:br/>
        <w:t>Now, sister, just a moment. I just want to talk to you. 'Course you know it's gone now. It'll stay that way. See how your throat flexed? ["Praise the Lord."] It's all gone from her. The goiter has left her throat and she… God bless you, go on your road now and be thankful, happy and rejoicing. You may go.</w:t>
      </w:r>
    </w:p>
    <w:p>
      <w:r>
        <w:t>50. Now, just have faith in the Lord Jesus. Make Him in here, the center of your thought right now: the Lord Jesus. "As you think on these things." While they were thinking on these things, they were in one accord. Remember, Jesus the same yesterday, today, and forever. He is the same today. Now, have faith. Watch this way, audience, and believe with all your heart, and give me your undivided attention. Be in prayer. Keep faith in God.</w:t>
        <w:br/>
        <w:t>Now, I believe this is the lady? Is this the patient? All right, come near, sister. Of course, that won't hurt you now. That's just His presence, see, that you're conscious of.</w:t>
        <w:br/>
        <w:t>And I… And, audience, I'm your brother. This is not psychology. I felt that coming from the audience. It isn't. It's Almighty God, see, see. It's not psychology. No, it isn't. Now, don't do that. Just think of being the Lord Jesus, see, in one accord.</w:t>
      </w:r>
    </w:p>
    <w:p>
      <w:r>
        <w:t>51. Now, sister, I just want to speak with you just a moment. We're strangers, I suppose. But Jesus Christ knows the both of us. This is our first time meeting on earth. But He knows you, and He's fed you all your life. And He knows me. And if I, your brother, and by His grace, by a divine gift that I had nothing to do with it coming… When I was born a little baby, the first thing I can remember was a vision.</w:t>
        <w:br/>
        <w:t>Now, I want you to look this way just a moment. Of course, you're sick. And you're suffering with a condition that's… It's a dark spirit around you. It's death. And it's in the form of cancer. And the cancer is located on the breast. And you're… Seeing you're examined by some one strong, and it's a… You've got a ruptured condition. And the rupture is in the bowels. And you have a stomach trouble also. A severe heart trouble that caused you fainting. Here a few days ago you was sitting sideways on a side of a bed and nearly passed out, looking towards your window. Are those things the truth? ["Yes, sir. All true."] All true. Well, whatever it was, 'course, it's gone from you.</w:t>
      </w:r>
    </w:p>
    <w:p>
      <w:r>
        <w:t>52. But what do you think that was that knows your life? Was it Jesus Christ? You accept it to be that? ["Yes."] Thank you. You are willing. You know that something supernatural is here. ["Yes."] And if you believe it to be the Lord Jesus as I have preached it out of the Word, and you believe it to be the Lord Jesus? I know there's a dark spirit hanging at you, yet. It's something very serious. Say, I see you… Your name is Eva. And your last name is York. And you live in this city. And your house number is 613 Sixth Street. Is that right. You're going home to be well. In the name of Jesus Christ, may she go and be made well. God bless you. Go rejoicing, happy.</w:t>
      </w:r>
    </w:p>
    <w:p>
      <w:r>
        <w:t>53. Just have faith, don't doubt. The Scripture has said, "Go ye and sin no more unless a worse thing come upon you." Sin is unbelief. Sin is not drinking, smoking, gambling; that's attributes of sin. You do that because you believe not. Jesus said, "Go and sin (or disbelieve) no more, or worse things will come upon you." Have faith in God. Believe Him with all your heart.</w:t>
      </w:r>
    </w:p>
    <w:p>
      <w:r>
        <w:t>54. I see the light following that woman yet. Just … if that's her that just left.</w:t>
        <w:br/>
        <w:t>It's hanging by a colored person there. Yes, the lady there with the gall bladder and rupture. Do you believe the Lord Jesus make you well, lady? sitting there with that white thing around your neck? If you believe it with all your heart, you may raise up and claim your healing, and be made well in the name of the Lord Jesus. God bless you.</w:t>
        <w:br/>
        <w:t>Have faith in God. Dost thou believe?</w:t>
        <w:br/>
        <w:t>You have a rupture, don't you, sir, sitting out there? Isn't that right? You was sitting there praying, "Lord, have that man speak to me." Is that right? If that's right, raise up your hand. Stand up on your feet. Your faith has healed you, brother. Go home; Jesus Christ makes you well.</w:t>
      </w:r>
    </w:p>
    <w:p>
      <w:r>
        <w:t>55. The same Lord Jesus. See, you don't need to be up here; you need to have faith. Just believe God with all your heart and you shall have what you ask for. Jesus Christ will grant it to you if you will only believe. But you must have faith. You must believe Him with all your heart and God will bring it to pass.</w:t>
      </w:r>
    </w:p>
    <w:p>
      <w:r>
        <w:t>56. The patient… Excuse me, sir. Do you believe with all your heart? You do? Now, you're just a bit excited, because of the presence of His Being standing here. And I believe you're from out of town. You come from a capitol too: Richmond, Virginia. You have a cancer. It's inside of your mouth on your jaw. Is that right? You want to go home and be well? Accept Jesus as your healer. And in the name of Jesus Christ, may it leave the man. Go away from him. God bless you, sir. Go believing, having faith.</w:t>
        <w:br/>
        <w:t>What you say? [Blank spot on tape.]</w:t>
        <w:br/>
        <w:t>I know now that seeing you, you're becoming a young-looking person, much younger than what you are in my presence. You are suffering with some sort of a headaches. And it's come many years ago, about twenty-five years ago, your headaches started. And it's been bothering you ever since. You're a great believer. And you have prayed for this hour that's standing here now. You have said in prayer to God that if you could only get to me, that if I would pray, that your headaches would cease. Those things true? ["Everything."] That is true.</w:t>
      </w:r>
    </w:p>
    <w:p>
      <w:r>
        <w:t>57. Now, you heard what said that. That wasn't me; that was just my voice. Ever what it was, was something, I remember seeing a young person or something. Was it just the way it was said there? Just the way it was said. Now, you believe that God did it? You believe God… Now, you're sure that God is here.</w:t>
        <w:br/>
        <w:t>Just a moment, I see something else. A young woman seems to be standing near you. It's a … it's a daughter. And, yes, you was just fixing to go on a trip somewhere. You were going to see her. And she's from Indiana. Richmond, Indiana, is where she lives. And her husband is a minister. And she has wrote you a letter, something, telling you not to come because I was coming here. Is that right? You're healed. You can go on your road. God bless you.</w:t>
        <w:br/>
        <w:t>Now, only believe, have faith in God. Jesus Christ the same yesterday, today, and forever. And now, just have faith and believe.</w:t>
      </w:r>
    </w:p>
    <w:p>
      <w:r>
        <w:t>58. God bless you, dear colored people, shouting. He is always ready to help if you believe, to help the people in need. Just a minute, the lady… Now, I see the Holy Spirit's standing in the corner. It's over a colored lady. She's looking this way. She has been, and she's praying. She has a growth. And that growth is in her throat. She's got her hand up. Do you accept your healing, lady?</w:t>
        <w:br/>
        <w:t>The lady sitting right behind you there, also she has a growth and it's in her shoulder. Is that right, lady? Both of you stand on your feet right now, and the two ladies right there with the growth on the … two colored ladies. Jesus Christ heals you both. You can go home and be made well for God's glory. Your faith has healed you. God bless you. (The song.)</w:t>
      </w:r>
    </w:p>
    <w:p>
      <w:r>
        <w:t>59. Have faith in God. Do not disbelieve, but believe that all things are possible to them that does believe. Amen.</w:t>
        <w:br/>
        <w:t>My, what a faith bank in the building! It looks just real milky out over the building. You are certainly in the Spirit of the Lord now. Anything could happen.</w:t>
      </w:r>
    </w:p>
    <w:p>
      <w:r>
        <w:t>60. How do you do, lady? Do you believe me to be God's prophet? I mean… Well, a prophet is a preacher. You don't expect me to be of the enemy; you expect me to be of God. Is that the way you accept it? Well then, I can help you. For He told me if I would get the people to believe me and be sincere when I prayed, that nothing would stand before the prayer.</w:t>
        <w:br/>
        <w:t>And now, it isn't I that helps; it's God that does the healing. I questioned, I said, "They won't believe me." He said, "There'll be two signs given to you as was to the prophet Moses. In this the people will believe." And one of them was to reveal the secrets of the hearts of the people to them.</w:t>
        <w:br/>
        <w:t>Now, you're not here for yourself. Although you're nervous and run-down, but it's been caused by a disease of this child. This child here is suffering. It's been turned down by the doctors to die. It's leukemia. Isn't that right? You've brought the child from out of town. You've traveled, coming from the West, coming East, you have come. You've come from a state that has mountains; it's Pennsylvania. And your city, I believe it's Chambersburg… Isn't that right? Bring the child to me.</w:t>
      </w:r>
    </w:p>
    <w:p>
      <w:r>
        <w:t>61. Little sister dear, the Lord Jesus was here, He'd lay His hands upon you and death would leave you and you'd live. Do you believe that I am His servant? And then in His stead, I lay my hands on this child and bless it. And ask that the demon leave the child, and the life come to the child and it will live and be well.</w:t>
        <w:br/>
        <w:t>Come out of the child, Satan. By the authority of God's Bible with a divine gift ministered by an Angel, I adjure thee to leave the child. Come from it. Amen.</w:t>
        <w:br/>
        <w:t>You believe you're going to get well now. God bless you. Turn around and wave to the audience. God bless you. The little girl with tremendous faith, be well. God bless you, honey. Go over there and be well.</w:t>
      </w:r>
    </w:p>
    <w:p>
      <w:r>
        <w:t>62. Do you believe me as His prophet … His servant? Do you believe that God is near, in His Spirit? and this which is now being done is of the Lord Jesus? Not me, I'm a man. Yes, if God will let me know what's wrong with you as a vindication I am His prophet standing here revealing the truth. As He said to the woman, "Go get your husband."</w:t>
        <w:br/>
        <w:t>She said, "I have none."</w:t>
        <w:br/>
        <w:t>He said, "You had five."</w:t>
        <w:br/>
        <w:t>She said, "I see you're a prophet," see. "I perceive that you're a prophet."</w:t>
        <w:br/>
        <w:t>Now, that same Spirit that was on that Son of God, He promised to send it back in the form of the Holy Ghost that would be with us and dwell with us to the end of the world. Do you believe it? And He can know your troubles now, can't He? You got heart trouble. Is that right?</w:t>
        <w:br/>
        <w:t>Every person with heart trouble, stand to your feet. You can be healed right now, no matter what it is, with a heart trouble.</w:t>
      </w:r>
    </w:p>
    <w:p>
      <w:r>
        <w:t>63. Lord God, Thou knowest our strength and how feeble we are, and how weak, but Lord, we know how strong You are. And heart trouble is something our doctors cannot do anything by. But, Lord, who made the heart? You did.</w:t>
        <w:br/>
        <w:t>And I now rebuke this demon power that's holding these people with heart trouble. May it come out of every one of them in the name of Jesus Christ. Amen.</w:t>
      </w:r>
    </w:p>
    <w:p>
      <w:r>
        <w:t>64. God bless you, sister. I just want to say something to you. You feel different now then you've felt in a long time, haven't you? Now, so the people will know, there's a real dark spirit. You had bad suffering and lay down, and now, it's gone from you. You're healed. I just told [unclear word]. Yes sir. You are all right.</w:t>
        <w:br/>
        <w:t>All right. Have faith in God, please. Everyone, with one accord, have faith.</w:t>
      </w:r>
    </w:p>
    <w:p>
      <w:r>
        <w:t>65. How do you do, sir? All right, us being strangers one to another, but the Lord Jesus knows us both. Is that right? If God in heaven, who created the heavens and earth, dwells in Jesus Christ, promised to return again in us. And what He done, we'd do also. Do you believe me to be His prophet? The reason I say that, the Angel of the Lord told me, "Get the people to believe you. And if they won't believe you, then you'll know the very secrets of their heart and they'll have to believe it then."</w:t>
        <w:br/>
        <w:t>But you do believe me. And beside, the reason that you do believe me, you are a minister of the Gospel yourself. And you're here for a good cause. You're not sick. You're in need, and you want an old-fashioned revival to break in your community. That's what you're praying for. Every one of us wants that. Let's all stand for an old-fashioned revival.</w:t>
        <w:br/>
        <w:t>Almighty God, who created heavens and earth, I ask now that every demon power in this building will be broke, the power of Jesus Christ be made manifest. Lord, weak, but we're not defeated!</w:t>
        <w:br/>
        <w:t>Satan, I adjure thee in the name of the Lord Jesus Christ. Come out of the people!</w:t>
        <w:br/>
        <w:t>Stand up, you crippled people, out of the wheelchairs. Give Him praise, every one of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