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Questions And Answers #2</w:t>
      </w:r>
    </w:p>
    <w:p>
      <w:r>
        <w:t>Date: January 3, 1954</w:t>
      </w:r>
    </w:p>
    <w:p>
      <w:r>
        <w:t>Location: Jeffersonville, Indiana, USA</w:t>
      </w:r>
    </w:p>
    <w:p/>
    <w:p>
      <w:r>
        <w:t>1. I'm happy to be here again tonight in the service of our Lord. And now, seeing you all happy and singing these wonderful old songs, all spirit-filled and so forth, makes us feel real good.</w:t>
        <w:br/>
        <w:t>And we're happy to try to take a few moments of the time again tonight to answer a question or two. I kind of taken a lot of your time this morning, but I hope you got the blessing I did just to talking about it. You know, we got a lot to talk about, haven't we? And we got a Person to talk about, that's our Lord Jesus.</w:t>
        <w:br/>
        <w:t>Brother Teddy, if you will, would you just remain up here just a moment? I was told there's a little sick child in the building.</w:t>
      </w:r>
    </w:p>
    <w:p>
      <w:r>
        <w:t>2. And before I get started on this, we got communion, so we don't want to take too much time---and perhaps a baptism. And I want to pray for those who want to be prayed for first, just to pray for the sick first, before I get started.</w:t>
        <w:br/>
        <w:t>And now, Teddy, if you will, play this song, The Great Physician Now Is Near. And we're going to call up the sick and to ask blessings for them here. How many's here to be prayed for tonight? There was some we missed this morning. If you get their hands up…</w:t>
        <w:br/>
        <w:t>[Blank spot on tape.]</w:t>
        <w:br/>
        <w:t>… and hear that testimony, and to praise God for all of His goodness. Praise God from whom all blessings flow. Is that right?</w:t>
      </w:r>
    </w:p>
    <w:p>
      <w:r>
        <w:t>3. Now, we'll get started right in quickly on these testimonies now, and we're going to try … or, excuse me, upon questions. And I hope that God will just pour out His blessings in this manner.</w:t>
        <w:br/>
        <w:t>And now, don't let me go too long on them. Brother Cox, I'm going to call your attention, you and the deacons setting on the front row, to stop me when it gets about time to give us communion (you see?), 'cause I keep them too long. I'll try to go just as fast as I can, then, if I don't finish them up this Sunday, I'll get them next Sunday. No, I'll try to get through tonight.</w:t>
      </w:r>
    </w:p>
    <w:p>
      <w:r>
        <w:t>4. They're such good questions. And I tell you, friends, if there wasn't revivals and things going on, I'd like to set about a week just on straight Bible teachings of Genesis, and Exodus, and Revelation, and so forth, and just have a real good time. I love deep Bible questions and Bible teachings, as long as you don't get off on some mythical something. Just stay right straight in the plain, old, unadulterated Word of God; it'll take you right on through. Don't you believe that?</w:t>
        <w:br/>
        <w:t>Well, this morning we had some of the finest questions; some of them about the hundred and forty-four thousand, who were they, and what part would they be? And about the bride. And oh, just many things, and just real deep questions. And I had a few that I didn't get finished.</w:t>
      </w:r>
    </w:p>
    <w:p>
      <w:r>
        <w:t>5. Now, tonight we're going to start off right here on this one, and ask the Lord to help us. And now, we can't open the Bible. We can open it like this, but it takes God to open it up really to us. We can pull the pages. But in the book of Revelation, when John looked, and he saw One sitting upon a Throne, and He had a book in His hand, and there was no man that was worthy to take the book, or to loose the seals, or even to look thereon. No man in Heaven, no man in earth, or no man beneath the earth, or nowhere was worthy. And he seen a Lamb, as it had been slain from the foundation of the world. And it came and taken the book out of His hand and opened the seals; it was Jesus Christ.</w:t>
      </w:r>
    </w:p>
    <w:p>
      <w:r>
        <w:t>6. Now, I was talking to a man this week, a very prominent businessman in the city, who said to me about going back into Africa and India: he said, "Why, they just got through killing a British general over there."</w:t>
        <w:br/>
        <w:t>I said, "What's that got to do with me?"</w:t>
        <w:br/>
        <w:t>He said, "You're going back over there where all that murder's going on, that race riot, and so forth?"</w:t>
        <w:br/>
        <w:t>I said, "Sure, that's where I'm needed, for the Lord wants me to go."</w:t>
        <w:br/>
        <w:t>He said, "What if they kill you?"</w:t>
        <w:br/>
        <w:t>I said, "Well, if God wants me to be killed, I'll just be killed, that's all."</w:t>
        <w:br/>
        <w:t>And he said, "Oh, my!" Said, "Brother Branham, you oughtn't to think that. Well," said, "I don't care. I think you're religious, and I think you're a good man," he said, "but they even killed Jesus Christ."</w:t>
        <w:br/>
        <w:t>I said, "Sure, it was God's will."</w:t>
        <w:br/>
        <w:t>He said, "What? God's will?" And that man's been going to church (he's close to seventy) been going to church… He was on the cradle roll in a fine church in this city, and has come up, and never knowed that it was God's will for Jesus to die.</w:t>
        <w:br/>
        <w:t>Why, I said, "Brother, He was slain from the foundation of the world, from the very beginning. He was slain before He even come to the earth." Is that right? He was God's Lamb slain from the foundation of the earth.</w:t>
      </w:r>
    </w:p>
    <w:p>
      <w:r>
        <w:t>7. Let's speak to Him just a moment for the questions. Now, Father, we're not worthy, and unable, we realize, to open the book or to look thereon. But let the Lamb come now tonight, God's Lamb that was slain from the foundation of the world, take the things that are God's and present them to the congregation. May the Holy Spirit carry these words, and may they not be my words or man's words, but may they be God's words to every hungry heart. For we ask it in Jesus' name. Amen.</w:t>
      </w:r>
    </w:p>
    <w:p>
      <w:r>
        <w:t>8. The first one here (we haven't got them rotated or anything, but just the way they come), it seems to be very good. First, how many's interested in questions? Let's see your… Well, that's very fine. Just as long as I know.</w:t>
        <w:br/>
        <w:t>QUESTION: Now. Does men at death go to Heaven or to hell immediately, or do they wait for the judgment?</w:t>
        <w:br/>
        <w:t>That's a very good question. And it would do a lot of good consideration, because every man is interested: What is he going to be after this life is over? Every man is interested. Why, I… For my part, I wouldn't know. I have to answer from the Bible.</w:t>
      </w:r>
    </w:p>
    <w:p>
      <w:r>
        <w:t>9. I guess a woman run up a fifty dollar phone bill a while ago from Los Angeles, about thirty-five or forty minutes, or maybe longer, on long distance, trying to get me to say that it was legal and right for her to leave her husband and marry another man. I wouldn't do it. No! I said, "No, sir!"</w:t>
        <w:br/>
        <w:t>She said, "Well, my husband's a sinner, and this man's a Christian."</w:t>
        <w:br/>
        <w:t>I said, "That has nothing to do with it. You'll be in adultery as sure as anything."</w:t>
        <w:br/>
        <w:t>Said, "Well, I'm a tubercular case, and there's not any need for me to live if I can't have this man."</w:t>
        <w:br/>
        <w:t>I said, "You're just infatuated and not in love, because you couldn't be, that's all, 'cause that's your husband. And you're vowed to live with him until death separates you. Anything else from that you're in adultery." And so, she just kept hanging on. I said, "Lady, there's no need…"</w:t>
        <w:br/>
        <w:t>She said, "If you'll just tell me it's all right."</w:t>
        <w:br/>
        <w:t>I said, "I wouldn't do it." I said, "I'm…"</w:t>
        <w:br/>
        <w:t>She said, "Well, Brother Branham, we've got so much confidence in you."</w:t>
        <w:br/>
        <w:t>I said, "Then listen to what I'm trying to tell you. I'm telling you the truth, for I can't say nothing but what God said." God said that's true, so that's just exactly the way it is, see. I said, "That's the way it's supposed to be, and that's the way it has to be."</w:t>
      </w:r>
    </w:p>
    <w:p>
      <w:r>
        <w:t>10. And now, in these questions, that's the way we want them to be. Now, it's always thought… Now, in here, you realize, in this little handful of people tonight, there's probably all kinds of different ideas; and we think they're all good, every one of them. Your idea is good, and it's… But now, what we do, we have to have somebody… Just like geese, ducks, anything, everything, bees---everything has a leader. If the queen bee dies, you know what happens. The leader duck dies, they have to get them another one. They just have to have a leader.</w:t>
        <w:br/>
        <w:t>And man's got to have a leader; and the leader is the Holy Spirit. And the Holy Spirit sets in the church: first, apostles; after that, prophets, and so forth.</w:t>
      </w:r>
    </w:p>
    <w:p>
      <w:r>
        <w:t>11. Someone said not long ago, said, "Why, Brother Branham, we don't need anybody to teach us. When the Holy Ghost comes, we don't need anybody to teach." Said, "The Bible says you do not need teaching."</w:t>
        <w:br/>
        <w:t>I said, "Then why did the same Holy Spirit set in the church teachers?" (See, see?) and set the church in order. We got to have teachers. That's right.</w:t>
        <w:br/>
        <w:t>But you oughtn't to have anyone… Don't have to teach you saying, "Thou shalt not commit adultery; thou shalt not sware, and take…" You already know that. Your very conscience of the Holy Spirit tells you it's wrong to do that.</w:t>
        <w:br/>
        <w:t>But now as far as Scriptural teaching, it takes a Holy Ghost anointed. That's right. And God has set the church in order by apostles and prophets, and gifts of healing, and miracles, and so forth. He set the church in order and put the teachers and so forth in there to guide and direct His church. And this morning, as we said, Jesus over the earth is His body. And just as His body moves, it's just like a shadow reflecting to the earth. It'll move with it.</w:t>
      </w:r>
    </w:p>
    <w:p>
      <w:r>
        <w:t>12. Now, many people… The Adventist people believe that when a man dies that he goes right into the grave and stays there, soul, body, and everything else, until the resurrection. And they call that "soul sleeping." Well, that's all right. It's all right as long as they believe Jesus Christ and is born again, that won't hurt them. But now, according to the Scriptures, that when the person dies, if he's a Christian, if he's born again, filled with the Holy Spirit, he'll never have to stand in the judgments of God, see. He goes straight to the presence of God. And he'll never have to be in judgment, because he's already…</w:t>
        <w:br/>
        <w:t>See, I don't have to stand for what Christ did for me. Now, I was a sinner, but Christ's judgment… Here's the full thing in a few words: God said, "The day you eat thereof, that day you die." That settled it.</w:t>
      </w:r>
    </w:p>
    <w:p>
      <w:r>
        <w:t>13. Now, God's got to keep His Word. He can't do nothing else but keep His Word, because He's God. Well then, He can't… Then, You're separated from God. The… And then, you're borned in sin, shaped in iniquity, come to the world speaking lies. So when you're born, you're a sinner by nature. So there's nothing in the world you can do about it. There's nothing I could do to save myself or you to save yourself. It's what Christ did for us in God … or, what God did for us in Christ, see. It isn't whether I think this or I do this; it's whether He did that.</w:t>
        <w:br/>
        <w:t>Well now, we are in Him. Then He stood God's judgments; He took the judgment. And Him, being innocent from sin, knowing no sin, yet was made sin for us. So as long as you're in Christ, you are free from judgment. "When I see the blood, I will pass over you," see, see. That's it: the blood that frees us.</w:t>
      </w:r>
    </w:p>
    <w:p>
      <w:r>
        <w:t>14. Now, the sinner never… The sinner's got to stand judgment. And there won't be but this judgment. It's just like a circle or a rainbow around the world of the blood of Christ. As long as you're in here… If God could look upon the earth in its condition tonight any other way than through the blood of Christ, He would destroy it in a second. He'd have to. Certainly He'd have to. That's where the judgments is coming.</w:t>
        <w:br/>
        <w:t>Now, as long as a man's under here---no matter if the man is a drunkard, and a gambler, and a horrible unbeliever---the mercies of God still atones for him. And a woman---she might be ever what she might be, a prostitute or whatever, the blood of Jesus Christ still atones for her. But the minute that her soul leaves this body and she goes beyond that, she's passed over mercy into judgment. God's already judged it. That settles it. She's done. She's judged… She judge…</w:t>
        <w:br/>
        <w:t>You judge yourself by the way you treat God's propitiation there for your sins, see. You judge yourself. You don't judge Him just enough to forgive you, see. If you think He'll forgive you, confess your faults, and He'll forgive you.</w:t>
      </w:r>
    </w:p>
    <w:p>
      <w:r>
        <w:t>15. Then by one Spirit (notice) we're all baptized into one body. And as that body was raised up by God, resurrected from the dead, justified, sitting at His right hand in power and majesty in Heaven, so them that are dead in Christ, are in Christ, and free from judgment, and will come forth in the resurrection.</w:t>
        <w:br/>
        <w:t>Now. But when we die now … when we die now, we go directly into the presence of Almighty God in a celestial body. If I would meet Brother Neville up there, if we both die now, in an hour from now I'd meet him; I'd say, "Greetings, Brother Neville"---talk to him. I couldn't shake his hand; he's in a celestial body. I could talk to him; he'd look just like he does there. I'd look like I do. But we could talk to one another, but we couldn't touch one another, because we haven't got any of the five senses of see, taste, feel, smell and hear, see. But we would be immortal, and we'd see one another. We'd live in the blessed realms by the altar of God. Don't you know John saw the souls under the altar crying, "How long, Lord, how long" to come back to earth to be clothed upon?</w:t>
      </w:r>
    </w:p>
    <w:p>
      <w:r>
        <w:t>16. Then, when Jesus, which is in us now in the form of the Holy Ghost, when His celestial body, the Holy Spirit, returns with the glorified body, we'll be glorified with Him and in His likeness. See what I mean? Then I'll shake his hand and say, "Here it is, Brother Neville." Then we'll be…</w:t>
        <w:br/>
        <w:t>Look. Jesus told His disciples, taking the communion, He said, "I will eat no more of the fruit of the vine until I eat it and drink it with you anew in My Father's kingdom." Is that right? See, there it is. So, when the dead dies… A justified person, standing in the presence of God, goes into His presence as an immortal being and lives in the blessed realms of peace until the day that … returns back.</w:t>
      </w:r>
    </w:p>
    <w:p>
      <w:r>
        <w:t>17. Now, there was a time that the people didn't go into the presence of God when they died, the justified. That was in the Old Testament. They went into a place called Paradise, and there the souls of the just waited in Paradise. But Paradise was a place where God kept the souls in like a dreamland, until the blood of Jesus Christ was shed; for the blood of bulls and goats would not take away sin; it only covered up sin. But Jesus' blood takes away sin.</w:t>
        <w:br/>
        <w:t>Did you notice that when He died at Calvary…? And on His return, He brought out from the graves those dead saints that had died under the atonement of blood of bulls, and goats, and heifers. And they entered into the city (oh!) and appeared to many. How beautiful a picture! Oh, if we could paint it just a moment. Look at Jesus when He died.</w:t>
      </w:r>
    </w:p>
    <w:p>
      <w:r>
        <w:t>18. Here, as I've often said, I believe, in the church here, there's a row here like… In here lives mortal beings. And each one is in this great conglomeration of gaiety, of blackness and darkness. Mortals live in here. Now, they are either influenced from this way, or from that way. You cannot be here a spiritual being, sinner or saint, without having an influence from the underworld or from the above world. If you are influenced from here, you're from above. Your celestial body is waiting up here. But if you're wicked, and hypocritical, and indifferent, your celestial body is down here, regardless of how much you think it's up there; because the fruit that you bear before people proves where you're from. So you are here what you are somewhere else. Your life that you live here is just reflecting what your inheritance is when you leave here. Do you understand?</w:t>
      </w:r>
    </w:p>
    <w:p>
      <w:r>
        <w:t>19. We are right now (oh, when I think of that) … we are right now glorified in the presence of God, born again believers: "For if this earthly tabernacle be dissolved, we have one already waiting in glory," not somewhere else; right yonder already waiting now. And these earthly bodies groan to be clothed upon with that immortality. Is that right? Sickness, and aches, and pains, and disappointments, and heartaches, and… Oh! I'll be glad when the old pest house is closed up, won't you? Yes, sir! And we can go home. That's right.</w:t>
        <w:br/>
        <w:t>We groan to be clothed upon; the spirit's groaning. Oh, when you look and see all the pain around about, all this conglomeration, stink, and sin, and mortal living, and deceit, and everything, I think, Oh, God, how much longer will it be?</w:t>
      </w:r>
    </w:p>
    <w:p>
      <w:r>
        <w:t>20. One of these days I'm going to preach my last sermon. I'm going to lay the Bible down like this, and go home. Oh, what a time that'll be. And when this earthly tabernacle is finished here, it won't be one second till I'll be in that one yonder; so will you. Oh, my! No wonder they said:</w:t>
        <w:br/>
        <w:t>This robe of flesh I'll drop and rise,</w:t>
        <w:br/>
        <w:t>And seize the everlasting prize;</w:t>
        <w:br/>
        <w:t>And shout while passing through the air…</w:t>
        <w:br/>
        <w:t>(Sure, moving on up.)</w:t>
        <w:br/>
        <w:t>Now, where is that? When do we have it? Now! "Those whom He justified, He also glorified." And do you realize that our glorified, immortal body is waiting in the presence of Jesus Christ right now, waiting for us to come?</w:t>
      </w:r>
    </w:p>
    <w:p>
      <w:r>
        <w:t>21. Do you know when a baby is begotten in this earth, before it's delivered it's got life. But it hasn't been delivered. And just as soon as that baby comes to … it begins to … is born… It's lungs are all closed up, and it's dead. It's muscles are quivering and jerking. But the first thing, just a little spank or two like that, and he'll [Brother Branham gasps] catch his breath. What's the matter? As soon as that natural body is being formed in the mother, there is a spiritual body waiting to receive it just as soon as that baby's born.</w:t>
        <w:br/>
        <w:t>And just as sure as this spiritual body is being born, there is a natural body waiting to receive it as soon as it goes out of this world, see. It's vice versa, right back to Eden again (see?), just right back.</w:t>
      </w:r>
    </w:p>
    <w:p>
      <w:r>
        <w:t>22. Now in there, God… Why death, that just … that just knocks all the sting out of death there is. No wonder Paul could stand and say, "Death, where is your sting? Grave, where is your victory?" He said, "Thanks be to God who gives us the victory through our Lord Jesus Christ." Yes, sir. This earthly tabernacle be dissolved, we already got one waiting, so just forget about it.</w:t>
        <w:br/>
        <w:t>Now to you, friend, if you're a sinner who asked this, God be merciful to you. Yes, sir! You're not only under condemnation now, not here, no! You'll prosper and go on. And that's all through the mercies of God. That's all through the mercies of God that you prosper and do what you do. That's true. But one of these days, if you're a sinner and your soul slips out, it'll go yonder into judgment and will be condemned. And then, you'll be cast away, and you'll be in torment until the day that you are brought back to this earth again. And you will receive an immortal body, an immortal body that cannot die, and will be cast away into outer darkness where there'll be weeping, wailing, and gnashing of teeth. You'll be cast into hell, where the worm never dies or fire is never quenched, and you'll be tormented through all ages there is to come. Jesus said that. That's a black picture, but it's what the Bible said.</w:t>
      </w:r>
    </w:p>
    <w:p>
      <w:r>
        <w:t>23. If God so condemned sin and had to cost such a price, what will it be if those unjust spirits could ever be made loose again? We'd have another thing like we've had in the last six thousand years. Is that right? There'll never be an opportunity again.</w:t>
        <w:br/>
        <w:t>Now you say, "Well, I believe when you go to the grave you go to hell." Your body goes to hell, that's right. Hell means "separation." Death means "separation." Your body dies, separates. You go from your loved ones here, but that's not what we're talking about. "It's once appointed unto man to die, then after that, the judgment," see.</w:t>
      </w:r>
    </w:p>
    <w:p>
      <w:r>
        <w:t>24. Now, if you have to stand the judgment of God, you're going to be judged by an angry God. And God has already pronounced what He was going to do. So you know what your judgment will be before you even get there. So the thing to do is to be saved and have this glorified being…</w:t>
        <w:br/>
        <w:t>Look. If I have to … if my spirit… Look, we're not something dead; we're alive. If this desk here… If this plank had the life in it that's in my finger, that desk … and it had an intelligence to move it, it can move like my finger moves. We're not made of that kind of material. We are made of cells, and of life, and of fiber; and there's a spirit here that controls it all.</w:t>
        <w:br/>
        <w:t>And just look how fast it has to travel. Look here; my hand touches that. Now, no sooner… There has to be a negative and a positive reaction. As soon as my finger touches that, it feels that. That quick it goes to my mind, and my mind says, "That's cold." and go back. See, how quick that is? Quicker than thought, quicker than anything, is the act there. What is it? There's something alive in there, and that nerve works on the mind. See what I mean? The nerve touches it, feels it, and says to the mind, "It's cold." The mind says it's cold, because it's felt by the nerve. Oh, my! You talk about a makeup!</w:t>
      </w:r>
    </w:p>
    <w:p>
      <w:r>
        <w:t>25. And then, all of that… How quick that God knows every thought that we think of. Everything that we do, He knows of it. So when the believer dies, he goes into the presence of his Maker, his God. And the sinner, when he dies, goes to his destination. Then at the return… Now, I'm talking now of the elect.</w:t>
        <w:br/>
        <w:t>But there's some that will come up in the second resurrection, that'll have to stand in the judgment with the sinner, to be judged with him. I want to be sure to get that, see.</w:t>
      </w:r>
    </w:p>
    <w:p>
      <w:r>
        <w:t>26. Now, there'll be… The first that'll take place will be the coming of the bride. There will be people in the world… Now, you might different a little with this, but listen close. Just because that you accepted Christ as personal Saviour, that doesn't mean that you're going in the rapture. That's for the elect, that'll go in the rapture. There'll be a remnant left here on earth that'll go through the persecution and the great tribulation. The church will be caught up in the rapture.</w:t>
      </w:r>
    </w:p>
    <w:p>
      <w:r>
        <w:t>27. How many women here doesn't know that when you're going to cut a piece of goods you lay the goods out like this, and lay your pattern on it like this, and you cut the goods just according to the pattern. Is that right? And the rest of the goods is just the same kind of goods that's in the pattern. Is that right? But this is the kind you take. You might lay that away for farther use, but the goods that you cut out of…</w:t>
        <w:br/>
        <w:t>Now, who places the pattern? God, by election. Amen! God by election places the pattern. He said, "Now, I have chosen before the foundation of the world… I place these…" Why, Jesus told the disciples that He was with them, and He had chose them, and knew them before the foundation of the world was ever laid. Is that right? So God places the pattern. Now, there'll be an elect that'll go in the rapture. And there'll be a group of people that's good, upright, holy living, God-saved people, that will not be in the rapture; and they'll come up in the second resurrection, because…</w:t>
      </w:r>
    </w:p>
    <w:p>
      <w:r>
        <w:t>28. Oh, I hope you won't get angry with me if I just make something real plain here to you, see. Don't do it. I've got to say it, because it just keeps choking to me (see,) to say it. Look. Now look. Then, I'm going to say this: There's a people that believe in justification by faith (see?), and they live a good, clean, holy life; they believe in sanctification too.</w:t>
        <w:br/>
        <w:t>Look at Judas Iscariot. Judas Iscariot was justified when he believed on the Lord Jesus Christ and accepted Him as his personal Saviour---Judas Iscariot. Judas Iscariot was sanctified in John 17:17 and was given power in Matthew 10 to go out and cast out devils. And Judas Iscariot come back, after he'd healed the sick and cast out devils, and come back rejoicing and shouting just as much as any good holy roller you ever seen. Is that right? The Bible says so. But when he come to Pentecost, he showed his colors. Now watch that spirit.</w:t>
      </w:r>
    </w:p>
    <w:p>
      <w:r>
        <w:t>29. There's people in the world today, good Christian people that'll believe in justification, many of them---thousands, millions---that believe in justification. But they'll have nothing to do with sanctification. We'd say that's Presbyterian, Episcopalian, and so forth. They believe in justification; preach it. And it's good; they're right.</w:t>
        <w:br/>
        <w:t>But now, the Nazarenes, Pilgrim Holiness, Free Methodist move up into sanctification. They believe in sanctification. Correctly! They're right. And they get victory, and shout, and praise the Lord. They're correct; they're right. But speak to either one of them about the baptism of the Holy Ghost, and the power, and signs, and wonders, they'll show their color right there. Right. Say, "I don't want none of that. I don't believe…" Well, even to my dear Nazarene people, believe that a man speaks with tongues is of the devil. And, brother, you do that, you…</w:t>
      </w:r>
    </w:p>
    <w:p>
      <w:r>
        <w:t>30. Why, they put Dr. Reedhead out of the Sudan Missions, the president of it, because that he spoke with tongues. Said, "We can't have it."</w:t>
        <w:br/>
        <w:t>I said, "You can't preach like Paul then. You can't accept Paul's Gospel, for Paul said, 'Forbid not to speak with tongues.'" That's right. But they say it's of the devil. They've seen a lot of counterfeit, and carry it all over there, see. But there is a justified and sanctified church; but deny that the baptism of the Holy Ghost is a different work from sanctification. But it is a different work. Sure it is.</w:t>
      </w:r>
    </w:p>
    <w:p>
      <w:r>
        <w:t>31. There was three elements came from Christ's body. And the same elements came from His body is what we use to go into His body. There was water (Is that right?), blood (Is that right?), and Spirit. And the Scripture said, "There are three that bear record in Heaven, the Father, the Son, and the Holy Ghost. These three are One; they are One. But there's three that bear record in earth; they're not one," he said, "but they agree as one: water, blood, and Spirit." Is that right?</w:t>
        <w:br/>
        <w:t>Now, you cannot have the Father without having the Son. You can't have the Son without having the Holy Ghost, but you can be justified without being sanctified. And you can be both justified and sanctified and still not have the baptism of the Holy Ghost, see. That's true. That's Scripture. "These three," he said, "that bear record in earth, water, blood, and Spirit; and they agree in one." See, they are not one, but they agree in one, because it's the same Spirit with a measure. God gives us the Spirit in measure.</w:t>
      </w:r>
    </w:p>
    <w:p>
      <w:r>
        <w:t>32. Now, Luther, under justification, that's what he preached. Is that right? Luther preached, "The just shall live by faith." He had a great message. And that was a portion of the Holy Ghost. Then Luther, when the message come forth---God was going to raise up His church and send it out greater (oh, my!); Luther said, "Oh, we believe we've got it here."</w:t>
        <w:br/>
        <w:t>But John Wesley said, "Oh, no!" Him and George Whitefield and them, they said, "We believe in sanctification as being the second definite work of grace." Is that right? And they preached the blood. Well, if Luther didn't want to move, God just give it to the Wesleyan Methodists, see. And they had it. And they had a revival that swept the world, and a real church.</w:t>
      </w:r>
    </w:p>
    <w:p>
      <w:r>
        <w:t>33. Well now, when that time comes along… Now, along comes the Holy Ghost evidence of signs, wonders, and miracles. Now, Wesley don't want to agree with this. Now, if Wesley was on earth and Martin Luther was on earth at these times, they would agree with it, but they just got about the second round of a … a … a… Four or five rounds of apostles passed through it, and they just sang it all away.</w:t>
        <w:br/>
        <w:t>Now, the Pentecostal received and believed in speaking in tongues. Then they turned it into "initial evidence," and everybody had to speak with tongues. That's an error. But now they come back… Those were God-given traits. Just like I can't help, 'cause I've got blue eyes, or… God just give it. That's His gift in the church. God set them in. "God hath set in the church, see.</w:t>
      </w:r>
    </w:p>
    <w:p>
      <w:r>
        <w:t>34. Now. But when they come along with that… Now, they had a great blessing, went far beyond the Lutheran or the Methodist, either one. And now, they've organized in such a way until they're worse than the Methodist or others---the Pentecostals. And then, they got to a place where the second and third round… It's been about forty years since they begin to receive speaking in tongues. But this tree of God has nine different fruits on it, and any of these fruits you can have, see. God has sent them, but altogether comes out of the tree.</w:t>
        <w:br/>
        <w:t>Now, justification; look at…</w:t>
      </w:r>
    </w:p>
    <w:p>
      <w:r>
        <w:t>35. Look at this morning's lesson. When the judgment was set, and the books were opened… Now, Jesus came with ten thousand times ten thousands of saints, and then the judgment was set. Here they all are around the White Throne judgment (as we went through the Scripture with it), and the books were opened; and another book was opened which was the book of life. And these in the rapture were judging them. Is that right? Them that went home and received their glorified bodies, and lived through the Millennium, was here in the White Throne judgment, judging those. He said He would separate the sheep from the goats.</w:t>
        <w:br/>
        <w:t>Now, you say here, "Why, now look." You say, "Is that come up… Whereabouts, Brother Branham?" In the White Throne judgment.</w:t>
      </w:r>
    </w:p>
    <w:p>
      <w:r>
        <w:t>36. "What about in the rapture?" Well, in the rapture time… Jesus taught it as a parable. And He taught it many different ways. Here's one way. He said that there were ten virgins went out to meet the Lord, and all of them were virgins, but some had oil in their lamps and some let the oil go out. Is that right? And when the bride… Now, what was the oil? The oil was the Holy Spirit; the Bible said so. Now look. They were virgins. Now, what does virgin mean? "Holy, clean, separated, sanctified." Is that right?</w:t>
      </w:r>
    </w:p>
    <w:p>
      <w:r>
        <w:t>37. If I had a little glass here, I'd show you what… Here, for instance like this bottle here, if it was empty, and I picked it up, and it was just as dirty as it could be. I want to use it. Well now, the first thing I want to do is justification. I pick it up because I want to use it. It's dirty; I found it out in the pigpen, or wherever it was. Now, if I'm the right kind of a person, well, I don't want to put something clean in there I'm going to have to use. I'd have to fix that thing up first. Now, the best thing to do is scour it, clean it, and sanctify it. Is that right? Now, what does the word sanctify mean? "Cleaned and set aside for service." The vessels of the old temple were cleaned and set aside for service.</w:t>
        <w:br/>
        <w:t>Now, there's the church: God picked them up through the Lutheran age: justification; Wesley age, He sanctified them; and this age, He fills them, see. He puts the life in them. And when His life through the Holy Spirit… The Holy Spirit picked them up; the Holy Spirit sanctified them; the Holy Spirit filled them, see. It's all the same church.</w:t>
        <w:br/>
        <w:t>But now look. Now in this day…</w:t>
      </w:r>
    </w:p>
    <w:p>
      <w:r>
        <w:t>38. Now, I think that Luther, Wesley, and all of them, many of them will go in the rapture. They had the portion of the Spirit was preached to them; they believed it.</w:t>
        <w:br/>
        <w:t>Now, in the rapture… There's people today who went in those denominations that didn't move on. There's only been one denomination: that's God's church; and it's just moved on just the same. But these organizations has broke these things up like that. And many people today will look at the baptism of the Holy Ghost and say it's nonsense. But yet they've been justified; yet they've been sanctified. But they say, "Oh, that carrying on, that stuff."</w:t>
        <w:br/>
        <w:t>I know the devil's got all kinds of scarecrows out. That's where you find the good apples, is around where the scarecrow's at. That's right. Just go right on in behind the thing, go to eating apples, see.</w:t>
      </w:r>
    </w:p>
    <w:p>
      <w:r>
        <w:t>39. Now, this… Then God filled with the Holy Spirit… Then He set His church out to glorify it. On the second coming, here comes the church back, the bride. Now watch. See whether they go through the tribulation period. He said, "These virgins, that they come and said, 'Give us of your oil.'"</w:t>
        <w:br/>
        <w:t>"The Bridegroom comes!" The sound went out, "Behold, the Bridegroom is come. Go ye out to meet Him." And these virgins, who were virgins, holy, sanctified (think of it), holy, sanctified people without the baptism of the Holy Ghost, they said, "Give us oil!"</w:t>
        <w:br/>
        <w:t>And the church said, "We just have enough for ourself. You go pray up then." But it's too late then. So, the church went into the wedding, and these others were cast into outer darkness (Is that right?), where there was weeping and wailing and gnashing of teeth; and they went through the persecution, suffered, died.</w:t>
      </w:r>
    </w:p>
    <w:p>
      <w:r>
        <w:t>40. Jesus returned back to the earth. The Millennium reign set in, a thousand years with Him. Up come the just and the unjust. And they judged every man. And the goats was on one side and the sheep on the other side. And then God came and taken the church up on the breath of the earth for the camp meeting, where we all gather together with our loved ones, see. There's the difference.</w:t>
        <w:br/>
        <w:t>Now, these people here… Certainly when we die, if we are in Christ Jesus, we go to be with that great body yonder, Christ Jesus. If we are sinners, we go to be with that great body of unbelievers; and God said our portion was with the hypocrites, and so forth, in hell. Amen! May not be just exactly clear. But, let's see now if we can find out… Just a little note here.</w:t>
      </w:r>
    </w:p>
    <w:p>
      <w:r>
        <w:t>41. QUESTION: Please explain Exodus the 24th … the 4th chapter and 24th verse. What does this Scripture mean---that God aimed to kill Moses or his son? And why?</w:t>
        <w:br/>
        <w:t>We know where that's at, Exodus 4:24. That's a good question. Now, here we'll read it right here just a moment. Exodus 4 and 24:</w:t>
        <w:br/>
        <w:t>And it came to pass by the way in the inn, that the LORD met him, and sought to kill him.</w:t>
        <w:br/>
        <w:t>How many remembers the story? Now, God gave Abraham, generations before Moses, the sign of circumcision. And that was the covenant that God made, that every Jew should be circumcised. Is that right? Every man should be… That was a sign.</w:t>
        <w:br/>
        <w:t>And are we circumcised today? With the Holy Spirit, not by flesh.</w:t>
        <w:br/>
        <w:t>Now. Now, God gave this commandment, "And every male must be circumcised." And God, when He called Moses to go down there and deliver the children of Israel, Moses hadn't performed on his sons the very delivering sign. See what I mean?</w:t>
        <w:br/>
        <w:t>Would be like me saying, "All you church now, every one of you come in and been baptized here with water, and we put you on the church membership. We're all going to glory together." Why, brother, that's not Scripture. Unless you are borned again, circumcised by the Holy Spirit… You've got to be. I don't care how good you are, what church you belong to, how good your parents was; except you as an individual has been born again by the Holy Ghost, you'll never go in the rapture, see. You can't go. That's the very delivering sign: the circumcision; and the circumcision is by the Holy Spirit. Now God…</w:t>
      </w:r>
    </w:p>
    <w:p>
      <w:r>
        <w:t>42. The questioner asked this: "Does this Scripture mean that God aimed to kill Moses or his son? And why?" God was after Moses. And Zipporah was the only one that saved him there. For Zipporah got a sharp rock, and went, and cut the foreskin off of her baby, and threw it before Moses and said, "Thou art a bloody husband to me." Is that right?</w:t>
        <w:br/>
        <w:t>And God would've took Moses' life, but perhaps an Angel was standing there, said, "Zipporah! Catch it quickly!" See.</w:t>
        <w:br/>
        <w:t>And Zipporah went and circumcised the baby. Said, "Moses, you're so concerned about everything else and about your journey, but your own boy hasn't been circumcised."</w:t>
        <w:br/>
        <w:t>I just wonder a lot of times if… Sometimes I've met people that said, "Oh, glory to God, The Lord wants me to do a certain thing. He wants me to go to Africa, to India."</w:t>
        <w:br/>
        <w:t>I said, "Have you ever asked the milkman if he was saved? Have you ever asked the paperboy if he'd been born again yet? How about your neighbor, are they saved?" See, now, that's the question, see. If it's in your heart…</w:t>
      </w:r>
    </w:p>
    <w:p>
      <w:r>
        <w:t>43. Here sometime ago a woman met me down here in Florida. And the little woman… I have no way… I'm not the judge. But there's a little preacher, been right here and preached at this platform. And the little fellow in another country was married and had a wife, three or four children. And this woman was a widow woman. And they had come from Texas, together over here in a big Cadillac car.</w:t>
        <w:br/>
        <w:t>And the woman come in. And she has a right to dress anyway she wants to; didn't make nothing to me. But as a Christian woman, she didn't dress just like it. She was (oh, my!) … she was … had great big long … them ear bobs (ever what you call it) hanging down like this, and she had a real lot of stuff on her mouth; and her eyebrows had been cut off and she had other eyebrows, with a pencil, put on. And she said, "Brother Branham," said, "the Lord's calling me to a foreign country."</w:t>
        <w:br/>
        <w:t>I said, "He is?"</w:t>
        <w:br/>
        <w:t>"Yes!" And she said, "I'm going over with this man."</w:t>
        <w:br/>
        <w:t>And I said, "Well, if the Lord's calling you, well, all right." (But by their fruit… Didn't look very much to me like… See.)</w:t>
        <w:br/>
        <w:t>And she said, "Don't you believe the Lord…?"</w:t>
        <w:br/>
        <w:t>I said, "Don't ask me. If the Lord's told you, you do what the Lord told you to do. But for me, I don't think so, for myself. I'll just be honest with you."</w:t>
        <w:br/>
        <w:t>She said, "Well, why do you think so?"</w:t>
        <w:br/>
        <w:t>I said, "The first thing, as you as a married woman with this married man don't look very good, staying down here in the city together. If anything brings reproach is that, see." And I said, "Now, the first thing…"</w:t>
      </w:r>
    </w:p>
    <w:p>
      <w:r>
        <w:t>44. I wonder what would happen to that woman? The same thing would have… She had kept messing around without receiving the Holy Ghost, just like that woman over yonder today that called me and wanted to marry that man, and leave her own husband, and marry the man. She had come in such a place, maybe one time being in contact with God, but had been lusting after the things of the world. And I asked her; I said, "Have you received the Holy Ghost?"</w:t>
        <w:br/>
        <w:t>She said, "Not yet, but I'm seeking it."</w:t>
        <w:br/>
        <w:t>I said, "You get the Holy Ghost first, and He'll tell you what husband to have." That's right, see.</w:t>
        <w:br/>
        <w:t>You've got… That's what it is. If you don't, you'll die spiritually. God's seeking a lot tonight that He's knocked at their heart so many times. And one of these times He's going to shut the door, and mercy's gone, see.</w:t>
      </w:r>
    </w:p>
    <w:p>
      <w:r>
        <w:t>45. Sure, God would've took his life. He said He sought him. Listen how the Scripture reads:</w:t>
        <w:br/>
        <w:t>And it came to pass by the way in the inn, that the LORD met him, and sought to kill him. [Moses. Now, watch.]</w:t>
        <w:br/>
        <w:t>Then Zipporah took a sharp rock … sharp stone, and cut off the foreskin of her son, and cast it at his feet, and said, Surely a bloody husband thou art to me.</w:t>
        <w:br/>
        <w:t>That's right. Now, God wasn't seeking the son. That poor little baby didn't know what to do; it's innocent. But what was the thing, was the father of the baby, that was taking the baby down there to deliver the children of Israel under the sign of circumcision; and yet his own son not even circumcised, see. And Zipporah cut it off with a rock, the foreskin, and cast it down, and said, "Thou art a bloody husband to me."</w:t>
      </w:r>
    </w:p>
    <w:p>
      <w:r>
        <w:t>46. QUESTION: Please explain the meanings of the Scripture, and when it will come to pass: Isaiah 4 and 1. Thanks.</w:t>
        <w:br/>
        <w:t>All right. We'll just turn over now… You people that's got your Bibles and wants to, we will see what… I didn't get a chance to look this up, but I thought maybe we'd find some kind of a answer. Here we are.</w:t>
        <w:br/>
        <w:t>And in … [Oh, yes.] And it shall come … And in that day seven women shall take hold of one man, and shall say, We will eat our own bread, and will wear our own apparel: only let us be called by thy name, to take away our reproach.</w:t>
        <w:br/>
        <w:t>Well, brother, it's pretty near that bad now. What a falling away has happened to our country! Let me say this, my dear Christian friends. Let me say this with godly respect to every one: If there ever was… And you people here who's studied history, we're right on the same road that every fine nation through the ages has fell on: demoralizing, going right back.</w:t>
      </w:r>
    </w:p>
    <w:p>
      <w:r>
        <w:t>47. As I said this morning (Excuse me for repeating it.)… In the foreign countries, men come to me and say, "Brother Branham, what kind of women you all got over there? Well, all the songs you sing, some old dirty songs about your women." That's it. All some conglomeration of…</w:t>
        <w:br/>
        <w:t>Well, you know what it is? If you want me to tell you in a few words, I'll tell you exactly: The world has got in this kind of condition, 'cause it's a modern Sodom and Gomorrah. Exactly! In California I picked up a paper: And I forget how many thousand every year that they get a hold of, to know, of the increase of homosexuals. Even their natural desire between husband and wife, and so forth, is leaving the people. Exactly what God said would come to pass. And the only…</w:t>
      </w:r>
    </w:p>
    <w:p>
      <w:r>
        <w:t>48. You pick up some… See who gets some kind of a popularity. Listen on your radio, or televisions, or whatever you have, and find out. If the very worst and dirtiest… There's some song about some woman or something like that, that's the thing that gets the notoriety.</w:t>
        <w:br/>
        <w:t>And it's got to a place till it seems like that we don't care for our women; or, women don't care for themselves---that's what it is. If a woman would keep herself right, the man would have to go right. And that's not taking up for the men, but I know that's the truth. Yes, sir! But what is it? It's just a horrible condition, and it's just existing. And it's according to the Scripture. The Bible said that it would be that way. So how can we have a revival? How can we have a revival?</w:t>
      </w:r>
    </w:p>
    <w:p>
      <w:r>
        <w:t>49. Listen, Christian friends. In a few moments left, let me ask you something. We got Billy Grahams. We got Jack Schullers. We've got all different kinds of religious moves going through the world. And they've been going for the last six or seven years across the United States just as hard as they can pace, and no revival. Why? The doors are shutting. We've seined every fish, as I've said this morning, out of the pond. Maybe one or two sticking somewhere.</w:t>
        <w:br/>
        <w:t>Where Billy Graham had a meeting (I believe it was Boston or somewhere), and they claimed they had twenty some odd thousand conversions in six weeks. They went back a few weeks later and couldn't find twenty. Think of it! Brother, it's just about finished. I could say something here, see.</w:t>
      </w:r>
    </w:p>
    <w:p>
      <w:r>
        <w:t>50. We are living in the days that God spoke would come. And we're living in the last days. And we're living in a time, and men… Regardless of what we try to think about it, God's Word says that we are predestinated. That's right. And what God has called, will come to God; and what God doesn't call, will not come to God. God calls, and they refuse. He calls; they refuse… Now, I don't say God condemns anybody, He's just not willing that all … any should perish, but all might come to repentance. But in order to be God, He knew in the beginning that they wasn't going to come. Yet He give them a chance, but they wouldn't come.</w:t>
        <w:br/>
        <w:t>If he doesn't know that, how did He know we'd have horseless carriages? How'd He know these times would come like we have now? Why did He say, "Men would be heady, high minded, lovers of pleasure"? Why did all the prophets predict that all these other things that would come plumb from the beginning? God knowed everything. He knows what will be. And there's men in there that God looked down through time and said, "They won't come." And they're just condemned to that condemnation, because they chose it themselves. Amen! There you are.</w:t>
      </w:r>
    </w:p>
    <w:p>
      <w:r>
        <w:t>51. I believe, my brother, sister (I say this with godly respect and with a fear of God in my heart), I believe America's sunk! She's demoralized. She's gone low to stooping. It's a pity.</w:t>
        <w:br/>
        <w:t>Just think here, as I say in answering this Scripture, seven women grab a hold of one man. In the First World War … the Second World War… I've got a clipping at home out of the newspaper. You read it yourselves. Said, "What's happened to the morals of our American women? Two out of every three soldiers was divorced by their wives that went overseas in the first six months." Two out of three was divorced. These women just took off and run out. Why is it? If you'll understand, friends, it's the spirit of time.</w:t>
      </w:r>
    </w:p>
    <w:p>
      <w:r>
        <w:t>52. We've got to get in the spirit of the last days when the last days are here. You go to a dance hall, you've got to get in the spirit of dancing, or they won't dance. You go to the church, you've got to get in the Spirit of worship before you can worship. The world's got to get in the spirit of the last days before the last days can come, and we're in the spirit of the last days. And God promised that these things would be here, and that's what we've got. We're in the last days. And men and women are sitting asleep and don't realize it.</w:t>
        <w:br/>
        <w:t>And the morals… I met a young boy here the other day over in … oh, sometime ago, it was this last fall. And we were coming into a city. And he was telling me, a young high school boy that was married. He said, "I married this girl, 'cause she was a good girl, and had to marry her before she completed high school." Said, "We haven't had a one turned out a virgin, as far as I know, in high school for years around here." See, just so demoralized!</w:t>
      </w:r>
    </w:p>
    <w:p>
      <w:r>
        <w:t>53. And down in California I've went through the streets in places where that the policemen would tell you to keep off the street. It's more danger for a man to pass through the street than it would be a woman. Dark alleys. Oh, God, have mercy! Don't you know the Bible said those things would come?</w:t>
        <w:br/>
        <w:t>And just before He give the shadow of it in Sodom and Gomorrah, and went down there, the same thing tooken place … taken place, rather. And God sent fire down and burnt the place up. A very signpost to show that the world over, when it come to that place, would receive the very same thing.</w:t>
      </w:r>
    </w:p>
    <w:p>
      <w:r>
        <w:t>54. We're at the last days. Sure. Seven women a hold of one man, saying, "We will eat our own bread and wear our own clothes, only let us be called by your name to take away our reproach." Brother, you don't have to get away from the United States. There's only one place that I've ever seen in my life that I thought was any worse than the streets and things that I've been in in our own nation. And we're not getting any better. We're constantly getting worse and worse all the time. And remember, I'm speaking in the name of the Lord: We will continue to grow worse. There's only one hope at all, and that's in Christ Jesus. No matter what you do.</w:t>
        <w:br/>
        <w:t>I've cried out, went through the nation here. And God has raised even the dead. And we went into cities; and people rise that's been in wheelchairs for years, and walked through the cities behind trucks, pushing their carts and things like that. And women, who doctors pronounced dead, packing the x-rays with the doctor's name above it, was raised from the dead. And the city all set back and say, "Huh, mental telepathy; bunch of holy rollers." Oh, you can't expect nothing else but damnation! Oh! That's right!</w:t>
        <w:br/>
        <w:t>Judgment is here, and you'll have to receive it. Brother, flee from the wrath to come and go to Christ Jesus as quick as you can! Get out of these things! Yes, it's the spirit of the last days. Many things could be said. I'll hurry.</w:t>
      </w:r>
    </w:p>
    <w:p>
      <w:r>
        <w:t>55. QUESTION: Will you please tell us how our Lord and Saviour Jesus Christ expects us to come into the house of our Lord to worship?</w:t>
        <w:br/>
        <w:t>All right, that's a good one. That's a very essential one to any church. God expects you to come to the church house… Now, that's just a question, just a right out question. It isn't a Scriptural; yet it is. Wait, I will tell you what He said. The first place, if you want Scripture, the people are supposed to come to the house of God for one purpose, that is to worship, to sing songs, and to worship God.</w:t>
        <w:br/>
        <w:t>That's the way God expects us. He doesn't expect us to come into the house of God to talk about our … or something else, or talk about one another, or talk about what we got to do through the week; He expects us to come to worship Him. It's a house of worship. "And everything should be done decently and in order," said Paul in the Bible. Everything's supposed to be right. There's supposed to be message.</w:t>
      </w:r>
    </w:p>
    <w:p>
      <w:r>
        <w:t>56. First thing I would say, according to the rules of the church in the Old Testament … or, the New Testament, rather, at the first place, that people entered into the church of God in a Spirit of worship. And they walked in, hymns were sung. And maybe the preacher would speak, for he was a prophet of the church. (A New Testament prophet is a preacher; we know that: "The testimony of Jesus Christ is the Spirit of prophecy," said Revelation.)</w:t>
        <w:br/>
        <w:t>Now, the preacher begin to preach. While he preached, the blessings, right, maybe the end a big sermon, begin to fall; the people would say, "Amen," go to blessing God. Then as soon as he stopped preaching, there might be a message come forth, maybe in speaking with unknown tongues (I Corinthians 14: 13, 14). Then if there be no interpreter in the church, this person is supposed to hold their peace, 'cause they're speaking in tongues correctly, but they do it before God, see. But if they're speaking in tongues and there's an interpreter, the interpreter is supposed to give the message. All churches are coming to that.</w:t>
      </w:r>
    </w:p>
    <w:p>
      <w:r>
        <w:t>57. Charles Fuller, as much as he fussed and carried on to me about that when I was out there, he's accepted it now. And they're doing at Long Beach. Yes, sir! Right in the auditorium, having blessings of God, speaking in tongues, interpretation of tongues, and praying for the sick. And he stood face to face with me and said, "Brother Branham, I don't believe in that stuff."</w:t>
        <w:br/>
        <w:t>I said, "Well, it's up to you. It's not for unbelievers, Brother Fuller, it's for those who believe." And now he's preaching the same thing. It's coming to a time; there's a showdown.</w:t>
      </w:r>
    </w:p>
    <w:p>
      <w:r>
        <w:t>58. Now then, if in order, if this is what you're getting at… While the preacher is speaking everything should be silent to listen to the preacher. For there's the Word of God going forth, if he's preaching under anointing. Then, every spirit of the prophets is subject to the prophets. When a pastor walks to the platform, turns that Bible down, the church should be silent, listening at the reading of the Scripture, listen to what he's going to say. If he says something that sounds good to you, you can say, "Amen, bless the Lord!" or whatever you want to. Amen means "so be it." The Bible said to do that.</w:t>
        <w:br/>
        <w:t>Then, after the message is over… Then if the preacher gives a place in there where the people are all rejoicing, the Spirit amongst the people, perhaps He might send another message. If He sends a message, it'll come to someone, then the interpretations will not be just a quoting over of Scripture or doing something. God don't use vain repetitions. But it'll be a direct message to somebody to do a certain thing or something that will edify the church.</w:t>
        <w:br/>
        <w:t>Then when they get that edification of the church, you say,</w:t>
      </w:r>
    </w:p>
    <w:p>
      <w:r>
        <w:t>59. like for instance like this: Somebody stand up here and speak with tongues; this one interpretates and say, "Thus saith the Holy Spirit: Let So-and-so go lay hands on this person over here, for 'Thus saith the Holy Spirit, tonight is the time for their healing.'" What is it?</w:t>
        <w:br/>
        <w:t>Then this same person said, "I was sitting there and my heart was a-burning for that baby." Now, they raise up in obedience to the Spirit, go lay your hands on the baby, and it's well. If it didn't, something's wrong, see, see. It's a direct message.</w:t>
        <w:br/>
        <w:t>Then the unbeliever sits there and says, "Wait a minute. Say, God's with them people!" See what I mean?</w:t>
        <w:br/>
        <w:t>Then they'll say, "Thus saith the Holy Spirit: Let every one that's in the south side of town, from that side of Spring Street on, move out in the next two days, for there's coming a storm that'll sweep all that side of town out." Then, the first thing you know, there's a prophecy to the whole church.</w:t>
      </w:r>
    </w:p>
    <w:p>
      <w:r>
        <w:t>60. Then somebody---spiritual judgment---raise up and say, "Was that of the Lord?" Each one. If three good men will stand and say---spiritual judges---say, "That was of the Lord," then the church receives it; and everybody in that end of town moves out, gets away from it for that time. Then if it doesn't come to pass, you'd better check that person. You've got another spirit among you. But if it comes to pass, then bless God and thank God for letting you escape the wrath that was to come, see. Watch those things. That's the church in order.</w:t>
        <w:br/>
        <w:t>Two or three messages---not over three---will go forth at one time like that. Whatever is out, see, it must be set in order. The first place… Then, another church, another thing in order…</w:t>
      </w:r>
    </w:p>
    <w:p>
      <w:r>
        <w:t>61. I don't know. This might have been a woman that asked this. Something else come in my mind, so I might as well say it. The women, when they were to come in the church, was, according to the New Testament, was to walk in and sit down with a veiled face and sad countenance, and there remain all the service. That's according to the Scripture. Now. But I think a woman… Sure. Now, I'm not condemning you women, see.</w:t>
        <w:br/>
        <w:t>A young lady come to me a while ago. Brother Junior was there present when a woman come, that she'd had some trouble. Her neighbors laughed at her, because she wouldn't cut her hair off, here not long ago. And she went and cut her hair off. And then, some woman over the river got her all messed up, and told her she was going to taking a spiritual away, tie her feet with her hair, and she got this woman into a phobia. The woman liked to lost her mind---two children. She didn't know what to do. She was just sitting like that.</w:t>
      </w:r>
    </w:p>
    <w:p>
      <w:r>
        <w:t>62. She drove up in front of the house one day. The Holy Spirit moved down, and spoke to her, and told her she was going to get well, and "Thus saith the Spirit." And she stayed like that then for a few days, and then she… I went yesterday, was going to see the woman with Brother Junior and Brother Funk. And I was within a half a mile. She was standing, combing her hair which she's going to let grow out now, said, "Let the neighbors laugh and do whatever they want to."</w:t>
        <w:br/>
        <w:t>And then, the Holy Spirit wouldn't let me go over there. And it spoke to her and told her that I was near the place and wanted to come. And last night in a vision, saw the woman coming, and told what was wrong with her; and she was healed in my room a while ago, See, there it is. Is that right, Brother Junior? That's right. Just a while ago, see. God wouldn't let me go over there for the thing wasn't ready yet, see. He brought me right down to the place and confirmed it right there, to show it wasn't man, it was God, see.</w:t>
        <w:br/>
        <w:t>Now. She said, "Brother Branham, my husband wants me to have long hair."</w:t>
        <w:br/>
        <w:t>I said, "God wants the same thing." That's right, for the woman is supposed to have long hair. That's her covering.</w:t>
      </w:r>
    </w:p>
    <w:p>
      <w:r>
        <w:t>63. I know we ladies today … or, you ladies, rather, wear hats. You say that's your covering. That's wrong. The Bible said a woman's covering is her hair. And if she cuts her hair, it's a common thing for her to pray. That right? That's Scripture, see. So now, women are supposed to wear long hair, regardless of what you want to think about it; that's "Thus saith the Lord." You can show me any place…</w:t>
        <w:br/>
        <w:t>You say, "Well, my hair's long. See, it's down to my shoulders." That was short hair. "Christ…" You said, "Christ had long hair." No, He never. Christ had shoulder length hair, so they say. They pulled it around this way and cut it off, shoulder-length hair. Look at the Greek word on that in there, and you'll find out.</w:t>
      </w:r>
    </w:p>
    <w:p>
      <w:r>
        <w:t>64. Feminish hair… A man shouldn't have long hair, 'cause it's feminish, way down long like this. But He just cut it off here at His shoulders, the way they'd cut it off, around His head, just bob it off like that. That was short hair.</w:t>
        <w:br/>
        <w:t>So, ladies with hair to their shoulder, it's still short hair. Now, I don't say that would send you to hell or take you to Heaven. That don't have nothing to do with it. But the order of the church is for women to have long hair. That's right; that's right. And to enter the church… And not to have anything to do in the affairs, the social affairs … or, I mean the business affairs in the church. And she's to be obedient, and reverent, and so forth like that, because she was the one, the Bible said, that brought the first fall. And that's right; that's right. Now, right quick. I hope that didn't hurt.</w:t>
      </w:r>
    </w:p>
    <w:p>
      <w:r>
        <w:t>65. QUESTION: Question: Why should a vision of God come before me when I was about to take the communion at my church? Over. (Well, it's just the lady's name; yes, it's the lady's name.) Why should a vision of God come before me when I was about to take the communion at my church?</w:t>
        <w:br/>
        <w:t>Well, I wouldn't know, Sister, unless it was this: If you seen Jesus Christ appear in a vision at your church when you were taking the communion, He was letting you know this: that you were taking Him in a symbol. The communion is to represent the body of Jesus Christ; and you were taking Him as a symbol into your body. So live clean, live pure.</w:t>
      </w:r>
    </w:p>
    <w:p>
      <w:r>
        <w:t>66. Listen. If you take the communion (you'll hear it read just in a few minutes) when you're unworthy, you're guilty of the blood and the body of Jesus Christ. Let a man that takes that community live right before God … that takes that communion, rather, live right before God. Don't take it unworthily. That's just…</w:t>
        <w:br/>
        <w:t>Look. The Bible predicted in the last days that all the tables of God would be full of vomit. And there'd be nobody able to understand. Is that right?</w:t>
        <w:br/>
        <w:t>Look. I went not long ago into a great tabernacle. I wouldn't call the name; you all know it all well. You know what they had for communion? They taken loaf bread, light bread … light bread, and sliced it up. And a bunch of deacons, which the preacher said seven of them were drunkards… That's right. And every one of them, the whole bunch… You could see them as they went through the building talking to the people. And when the church was dismissed, at the end, between the Sunday school and church, pretty near every one, pastor and all, went out and smoked cigarettes on the outside, and come back in and taken the Lord's communion.</w:t>
        <w:br/>
        <w:t>God said that He would not hold you guiltless for that, that many are sick and weakly among you, and many are dead. That's right.</w:t>
      </w:r>
    </w:p>
    <w:p>
      <w:r>
        <w:t>67. Said, "All the tables of God is full of vomit, and who will I be able to teach doctrine." He said, "For precept must be upon precept, line upon line, and here a little and there a little. Hold fast to that what's good. For with stammering lips and other tongues will I speak to this people, and this is the rest that I said they should have, but for all this they'd wag their heads and walked away and say, 'We will not hear it.'" Look where we're living, friends. Oh, mercy! Wake up!</w:t>
      </w:r>
    </w:p>
    <w:p>
      <w:r>
        <w:t>68. Yes, your vision, Sister… If you're a good, clean, holy woman before God, you were standing there and Jesus was letting you know that He was giving the communion, that you were taking Him in as a symbol; and if you're not, as a warning to you to get right with God before you do it again.</w:t>
      </w:r>
    </w:p>
    <w:p>
      <w:r>
        <w:t>69. QUESTION: I would know what the following is: I Timothy, the second … II Timothy, the second chapter and the sixteenth verse.</w:t>
        <w:br/>
        <w:t>Just a moment. II Timothy … [Blank spot on tape] … you get together. Maybe you won't agree with what I said. Take you home… Then, you'll go home and study real much, and then that'll help You get spiritual. All right, II Timothy 2 and 16 reads like this:</w:t>
        <w:br/>
        <w:t>But shun profane and vain babblings: for they will increase unto more ungodliness.</w:t>
        <w:br/>
        <w:t>Yes!</w:t>
        <w:br/>
        <w:t>All right, you want to know what the "profane babbling" is. "Profane… Shun profane babblings, for they will increase."</w:t>
        <w:br/>
        <w:t>Now, the first thing is: "…profane babbling, for they shall increase." Now, anything that's just an old … just keeps babbling. The Bible said … Jesus said, "Let your 'yes' be 'yes' and your 'no' be 'no,' for anything more than this will come to sin." You're not supposed even to joke and cutup with one another. God will make you give an account for every idle word that you speak. Did you know that? The Bible said that you'll have to give an account for every idle word. So what kind of a people ought we to be? People that's frank, stern, loving, kind, and never a bunch of nonsense, always going along…</w:t>
      </w:r>
    </w:p>
    <w:p>
      <w:r>
        <w:t>70. Look, You take a fellow, he'll start today… I noticed it on myself, being of my own nature, an Irishman; I'm always a lot of wind about me anyhow, to cutup and carry on. And every … ever so often, even my wife say, "Now, Bill…!"</w:t>
        <w:br/>
        <w:t>I say, "That's right, Honey." She'll say… I tell the kids around here, I say (Cutup with them or something), say, "Well now, you know, there was three great men come out of Kentucky."</w:t>
        <w:br/>
        <w:t>"Who was that?"</w:t>
        <w:br/>
        <w:t>"Well, Abraham Lincoln."</w:t>
        <w:br/>
        <w:t>"Yeah."</w:t>
        <w:br/>
        <w:t>"Daniel Boone."</w:t>
        <w:br/>
        <w:t>"Uh huh."</w:t>
        <w:br/>
        <w:t>"And your father." (Ha!) Something like that.</w:t>
        <w:br/>
        <w:t>And she'll say, "Now, Bill, there you go again." And I'll have to go off in the closet somewhere, and say, "Lord, forgive me, I didn't mean to say it. Do something to me; make me quit that," see.</w:t>
      </w:r>
    </w:p>
    <w:p>
      <w:r>
        <w:t>71. And every day if I do that… Now, we was talking on the word backsliding this morning. When you do that, you're backslid. Yes, sir! You got to repent. Is that right? Now, I don't mean to say you went out in the world and you did this and that, but you done something. You've got to repent and die daily to live in Jesus Christ. So every day … everyday you've got to die every day to live in Christ Jesus.</w:t>
        <w:br/>
        <w:t>When I do something… Many times I do things that's wrong. I'll be out, and somebody will say something another, I may say a little joke about it. Somebody… Not a bad one; now, I don't believe Christians tells dirty jokes. No, sir! No, sir! That's not even becoming Christians, the Bible said. It said, refuse old profane things like that, and jokes, and joshing, and things like that. No, Christians don't tell those things; Christians have pure thoughts.</w:t>
      </w:r>
    </w:p>
    <w:p>
      <w:r>
        <w:t>72. But if you don't watch, once in a while you'll have a man… You'll tell a little joke today. And well, you kind of thought it was all right, and you just let it go by, and not think no more about it. The next day you tell two little jokes, see. And the next thing you know, you're doing something else. And the first thing you know, it leads right back to little old saying, "sitting again." Is that right? Stay away from the thing. Shun it! And shun that profane babbling.</w:t>
        <w:br/>
        <w:t>You've heard somebody come over… I'll just give you a little example. "Mrs. Doe, do you know what? I seen your husband. And I tell you what … and he's a deacon." See?</w:t>
        <w:br/>
        <w:t>Now, just the thing: Say, "I don't want to hear it!" That's right. Just walk on. It won't take much of that, and it'll cut it out. That's right.</w:t>
        <w:br/>
        <w:t>Or, "You know what, Sister? I tell you what happened to Brother." Not only sister, but brother too, see. "Brother, I will tell you what happened. You know, if we could just get rid of this preacher, if we could do this, or get rid of this deacon, or if we do this." Oh, oh! Just shun that thing.</w:t>
      </w:r>
    </w:p>
    <w:p>
      <w:r>
        <w:t>73. I think a good little thing you ought to set around on your desk, it's a little thing I seen down in Florida not long ago. It was three little monkeys; and one of them had his hands over his eyes, and said, "See no evil"; and the other one had his fingers in his ears, said, "Hear no evil"; and the other one had his hand over his mouth, and said, "Speak no evil." I think that's a good thing, don't you? Yes, sir! Oh, my! That's a very good thing.</w:t>
        <w:br/>
        <w:t>Just keep your mind pure and on Christ. You can't just say, now… Now see, if you don't watch, you'll get yourself over into a place, if you keep on thinking that… And don't think it yet. You can't live so perfect till you don't make that mistake now. Now, don't you think you'll ever get that way, 'cause you won't. No, sir! You're not sinless, and you'll certainly get off on their track, on this side or on that side.</w:t>
      </w:r>
    </w:p>
    <w:p>
      <w:r>
        <w:t>74. But a man that's once knocked down, if he's a real soldier, he'll rise up again. "Lord, let me rise and try it again." But a coward, as soon as he sees he makes his first little mistake, just like I said this morning: the bug and the water-spider will crawl right back in the water again, see. He just can't stand it.</w:t>
        <w:br/>
        <w:t>So refuse all that profane babbling and carrying on, talking. Babbling means "confusion." And the Bible said, "Mark those who cause contentions among you."</w:t>
        <w:br/>
        <w:t>If somebody says, "Uh huh! Uh huh!" Now just say, "How do you do? I'm glad to see you again. Thank you." And just keep on going. That's the best thing. Don't shun them, but just mark them. Don't pay any attention, 'cause you see what it leads to.</w:t>
      </w:r>
    </w:p>
    <w:p>
      <w:r>
        <w:t>75. QUESTION: Where was Jesus from His… Where was Jesus at from His baptism until the three years of His ministry?</w:t>
        <w:br/>
        <w:t>All right, Jesus, when He was baptized, went straightway out of the water, and the Spirit led Him into the wilderness for forty days and nights to be tempted of the devil. And He was tempted forty days and nights. And He fasted. He come out. The devil tempted Him when He come out after His fast. And He resisted the devil by the Word of God, and entered His ministry, and preached three- and- a- half years, according to the Scripture.</w:t>
        <w:br/>
        <w:t>Look. Way back yonder in Daniel God spoke and said He would preach three- and- a- half years and be cut off for a sacrifice during that time. Just exactly. Foundation of the world He was ordained. That's right.</w:t>
        <w:br/>
        <w:t>Matthew the 4th chapter, you'll find that. If it isn't just exactly according to your belief, all right.</w:t>
        <w:br/>
        <w:t>Now, that one I don't… Let's see what… Oh, yes! Where are the… We've got that: Where are the dead?</w:t>
      </w:r>
    </w:p>
    <w:p>
      <w:r>
        <w:t>76. QUESTION: At one time … at one time were we all white or colored? Of the two, which one was the curse put on?</w:t>
        <w:br/>
        <w:t>Now, as far as we know, I couldn't tell you whether Adam and Eve were white, or brown, or yellow, or black. I cannot tell you. No one else knows but God alone, I guess; who was back there. Now, we come all as one language and one people until the tower of Babel, a confusion. And then their languages went different. And as far as we know, they were all one people till that time. And they broke up and scattered in different parts of the world.</w:t>
        <w:br/>
        <w:t>And some… You take an animal; you take any life that eats off of a certain soil, it'll turn that color. If there's a hunter here, you just follow me a few minutes. Go down into Mexico, and get the coyote; take up here in Arizona and get the coyote; you go up in the North and get the same coyote, and watch the three colors. Get a Gila monster that's raised in Texas, and get one that's raised in Arizona, and look at the difference in them (see), 'cause it's the soil they live on, see.</w:t>
      </w:r>
    </w:p>
    <w:p>
      <w:r>
        <w:t>77. And now, the Chinese … the Chinese is a yellow person, Japanese, and so forth, and a Chinese. The Ethiopian is a colored man, or the Negro that we have now. And he went down in those dark countries down there.</w:t>
        <w:br/>
        <w:t>And they were… And then the white man was the Anglo-Saxon people which we are, of the people here, or what we call the white people. They come from England which was formerly called "Angel Land." And because they were white, and blond, and so forth… And scattered up Ireland, and Norway, and so forth---up in there. And all come out of the Anglo-Saxon people.</w:t>
      </w:r>
    </w:p>
    <w:p>
      <w:r>
        <w:t>78. Now, which was first and which was cursed? There was none of them. I know where you're trying to get to. You're trying to get to Ham. I know where you're going: to Ham's people.</w:t>
        <w:br/>
        <w:t>Now, there was Ham, Shem, and Japheth. Now Ham, he did not try to hide his father's nakedness, but laughed and made fun of him. And God put a curse on Ham for looking to his father's nakedness and not trying to cover up his shame. And Shem and Japheth backed up and threw their coats over their father when he was laying naked. And now, God told Ham that his generation would serve the others.</w:t>
      </w:r>
    </w:p>
    <w:p>
      <w:r>
        <w:t>79. Now, if you thought that was a curse of turning dark, well then, the Jew's dark also. If you think that would be what we call the colored man or Negro of this country that's here now, you ought to go over to India. The Indians are way darker than the Negro. I've been in both their countries. Here's the Ethiopian down there from Ethiopia, and the African, the colored man that we know today. They're down there, many of them still in their primitive---in their tribes. Just about like we was when Jesus come.</w:t>
        <w:br/>
        <w:t>The white people were just as primitive as the native of Africa is now, worse perhaps. Remember, two thousand years ago we were naked tribesmen out yonder with a bow and arrow and a stone ax, hunting (that's exactly right): we Anglo-Saxon people. That's exactly right. So which was which?</w:t>
        <w:br/>
        <w:t>I tell you the one today that's cursed is the one that refuses Jesus Christ. That's all. The one that accepts Jesus Christ is blessed.</w:t>
      </w:r>
    </w:p>
    <w:p>
      <w:r>
        <w:t>80. Now, you can't say… I'll go up and get the Eskimo, out of that land up yonder. And there he is up there; and that man is darker than the colored people that we have here. I'll go over to India and get the Indians; and he's not a colored man, he's really black. He's blacker than … just real black color. And he's what is called… And he's an Indian. Well now, in Africa we get some of the African people that are… Some of them are light colored; some of them are almost like white; and some are different ways.</w:t>
        <w:br/>
        <w:t>You go to the Jew; and you say, all the Jews are dark complected. The Jew is a brown person, but I've seen a many one redheaded with blue eyes, fair skin, see.</w:t>
      </w:r>
    </w:p>
    <w:p>
      <w:r>
        <w:t>81. So the whole thing is this: We all come off of one tree. That's right. And we was all cursed through the fall of Eve. And we're all saved through the resurrection of Jesus Christ. Amen. There it is. So there's no curse. Accursed is them that does not believe, but blessed are those that do believe.</w:t>
        <w:br/>
        <w:t>So there's neither one, friends: the black or the colored man, or the white man or the yellow man. Then if the black man was cursed by being black, then the yellow man is just halfway cursed. And then the yellow man… And then the brown man, he's just two thirds of the way cursed, see. And then, the African's about four-fifths cursed. And I guess the Indian is really the cursed then. Oh, my! How nonsense! No! It's the different climates and things that the people lived in. They turn … tribed off, and so forth. They was different colors.</w:t>
      </w:r>
    </w:p>
    <w:p>
      <w:r>
        <w:t>82. Look at the American Indian. Many of those… The Navajo out there is a darker race of people than our colored Ethiopian people in this country---the Navajo. The Apaches are… They're kind of a copper color. And the different tribes…, see. So right there amongst the Indians, right here, you find the black ones, and almost… And the Cherokee is almost as pale as we are---the Cherokee. And there's right here in this nation, the different tribes.</w:t>
        <w:br/>
        <w:t>So you see, you can't say they're half cursed and all the way cursed. They wasn't cursed because they're black. They wasn't cursed because they were yellow or because they were white. There's only one curse that I know of, and that's unbelief of Jesus Christ. (I know, Donny, it's time for me to close, but I got two more questions.)</w:t>
      </w:r>
    </w:p>
    <w:p>
      <w:r>
        <w:t>83. QUESTION: All right. Now. Where are the scattered ten lost tribes of Israel (Genesis 44:49), the tribe of Joseph to the many nations? Simeon, Levi, who had no homeland of their own, but are scattered among the other ten tribes… Where are the ten tribes? Can we locate them?</w:t>
        <w:br/>
        <w:t>Yes, sir! They can be located. Geographically they can be located in the Bible. And God tells us there where they will be in the last days and what will be their end. And right now, I just read a book that down in Israel, where the ones was where He said that one had dipped his feet in oil and everything; God has got them all located, set out in different places. And the Jews are all returning into Palestine, where God promised in the last days that they'd be there.</w:t>
      </w:r>
    </w:p>
    <w:p>
      <w:r>
        <w:t>84. QUESTION: One more question: I can't believe that God sent wars as judgment. I can't believe that God sends wars as judgment. (Just listen a moment.) I don't believe, as some do, that God placed the sword in the hands of these butchers from ancient Babylon to Hitler, to slay innocent women and children along with the guilty, to carry out God's judgment. May God … my God of love would not do … my God of love (Pardon me!) do this. Wars are the works of Satan. Please confirm this confusion.</w:t>
        <w:br/>
        <w:t>Now, just a moment. I'd read this just a while ago, the reason that I laid this on the bottom. Now, I want you to just hold your peace a minute. Now, let's get this real straight, 'cause this is quite a question. And it must be approached reverently. Immediately after that, if you can bear with us just a little bit longer…</w:t>
      </w:r>
    </w:p>
    <w:p>
      <w:r>
        <w:t>85. I know it's getting late, but remember, what of it? Now, you used to dance all night and think nothing about it (see), set out to the worldly things, but when it comes to the Word of God over twenty minutes, brother, you got to get a new preacher, see. It's a shame. Paul preached all night. I preached right here years ago at two and three o'clock in the morning. And people be walking up and down this place here just praising God at two or three o'clock in the morning. See as many as a dozen at a time receive the Holy Ghost at two and three o'clock. God have mercy. I wished I could see it again, but we can't; the day's gone. The day is gone now; she's far spent now. Night's drawing near and people are… "Well, we just don't care anymore, no, so… My, I wish they'd just go eat. Get ready to go in." And that's just about the way it goes.</w:t>
      </w:r>
    </w:p>
    <w:p>
      <w:r>
        <w:t>86. Wait, I want to ask you something now. Now, I'm going to disagree with you, Brother or Sister---I don't know. It was laid here this morning. I had it in my Bible and was looking at it a while ago. Now, in a friendly way… And now, I don't want you to fly loose at me. I want you to listen closely.</w:t>
        <w:br/>
        <w:t>And remember, I would just as much like to agree with you on this … on your decision on this as I would with that woman, poor woman a while ago: Said, her and her husband, they just run off and got married; and there it was. But she's taken her vow; she's got to stick with it, see. And now, I've got to stick with the Word of God.</w:t>
      </w:r>
    </w:p>
    <w:p>
      <w:r>
        <w:t>87. But now, "I don't believe…" The first: "I can't believe that God sends wars as judgments." Well now, friend, there's only one thing that's wrong with your belief, and that is, it isn't Scriptural. God does send war as judgment. That's right. I'm going to give you Scripture; I just ain't going to read it off here and then tell you.</w:t>
        <w:br/>
        <w:t>Look, "I don't believe as some do that God placed a sword in the hands of these butchers from ancient Babylon to Hitler, to slay the innocent women and children." If I would tell you in the name of Jesus Christ that He did do it, and would prove it by the Bible, would you believe it then (see), that He did do it? All right, and He's going to do it again. All right. And listen to this.</w:t>
      </w:r>
    </w:p>
    <w:p>
      <w:r>
        <w:t>88. I don't know. This might be my bosom friend sitting here for all I know; for God who is in Heaven knows I don't even know the handwriting. I couldn't tell you. But I want you to listen: "My God is a God of love … that my God is love and wouldn't do this. Wars are of Satan."</w:t>
        <w:br/>
        <w:t>I'll agree with you that wars is of Satan. That's exactly. He's the prince of this world. Every kingdom and every nation in this world belongs to Satan. God said they did in His Word. Satan said, "They're mine." Jesus admitted that they were his. But He's going to fall heir to all of them after while---Jesus will. We'll have no more wars then. But God permits Satan to do this for correction and for judgment.</w:t>
        <w:br/>
        <w:t>Now, I want to ask you something just before we start. I want you to answer me this and find out. If you don't believe that God is a … (You said) … that wouldn't do these things. Just to start it right from the beginning… Now, give me your undivided attention if you can. Listen. Why did God Himself chastise His own Son and murder Him on the cross? God killed His own Son at the cross. "Yet it pleased God," said the Scripture, "to smite Him, and to bruise Him, and to wound Him." God did His own Son that way to save you.</w:t>
      </w:r>
    </w:p>
    <w:p>
      <w:r>
        <w:t>89. I want to ask about Saul, the great king of Israel. God told him to go down and to take King Agag and everything he had and utterly destroy everything down there: men, women, children, and everything. And Saul… Even the cattle, to kill it, not to let nothing live. And Saul went down there and spared some of the cattle. And God took the Spirit off of him and separated him from Him and become God's enemy.</w:t>
        <w:br/>
        <w:t>Why did Elijah stand there when God give the old King Og into Ahab's hands? And he told Ahab to kill that king. And Ahab refused to do it. And Elijah the prophet had a sentry; said, "Smite me with your sword." He realized he was a prophet.</w:t>
        <w:br/>
        <w:t>He said, "I won't." And he lost his life. Then he told another one, said, "Smite me." And the man hit him with the sword and cut him. And he wrapped himself up in disguise and he stood there. And here come Ahab riding in on his chariot.</w:t>
        <w:br/>
        <w:t>He said, "What you standing here about?"</w:t>
        <w:br/>
        <w:t>He said, "Well, I was a sentry; I was given care over a man. And he smote me and run away," He said, "and I let him go. And they told me if I did, I'd have to pay with my own life."</w:t>
        <w:br/>
        <w:t>He said, "Well, you'll have to pay with your own life."</w:t>
        <w:br/>
        <w:t>He unwrapped himself and said, "Thus saith the Lord, because you didn't murder that king down there, you'll pay for it with your own self." That right? That's exactly right.</w:t>
      </w:r>
    </w:p>
    <w:p>
      <w:r>
        <w:t>90. Let me read you something here. How about Babylon, when Joshua … when God sent Joshua over across there, and he utterly destroyed little babies, children, and everything else, and if he let one thing live… He wiped everything out. Little Philistine babies, he just destroyed them. God commanded him. And if he didn't do it, it was his own life.</w:t>
        <w:br/>
        <w:t>I'm going to fix it up in a few minutes. God is love, perfect love; but you don't know what love is. That's why today people don't know what faith is. God is love. He has to be in love; He's sovereign to His Word. And He has to keep His Word. He has to love you. And if He loves you, He's got to protect you.</w:t>
      </w:r>
    </w:p>
    <w:p>
      <w:r>
        <w:t>91. Listen here. You talk about the falling of children. Just a minute, let me show you something here in the Scriptures, what the Bible says about these things here. Let's get over here and just listen to this just a minute and see what God said. Now, I'm reading from Ezekiel the ninth chapter, if you want to put it down. Listen close:</w:t>
        <w:br/>
        <w:t>And … He cried also in my ears with a loud voice, and saying, Cause them that have charge over the city to draw near, … every man with his destroying weapon in his hand. [Now, this is God speaking.]</w:t>
        <w:br/>
        <w:t>And, behold, six men came from the way of the higher gate, which lieth toward the north, and the every man a slaughtering weapon in his hand; and one man among them was clothed with white linen, and a writer's inkhorn by his side: and they went in, and stood beside the brazen altar.</w:t>
        <w:br/>
        <w:t>And the glory of the God of Israel was gone up from the cherub, whereupon he was, to the threshold of the house. And he called to me---to the man clothed in white linen, which had the … inkhorn by his side;</w:t>
        <w:br/>
        <w:t>And the LORD [Capital L-O-R-D, which is God.] … the LORD said unto him, Go through the midst of the city, through the midst of Jerusalem, … set a mark upon the foreheads of the men that sigh and … cry for … the abominations … done in the midst thereof.</w:t>
        <w:br/>
        <w:t>And to the others he [the LORD] said in my hearing, Go ye after him through the city, and smite: and let not your eye spare, neither have ye pity:</w:t>
        <w:br/>
        <w:t>(Watch, 6th verse.)</w:t>
        <w:br/>
        <w:t>Utterly---Slay utterly old … young … maidens … little children, … women: [God said so. God said so!] but come not near any man that has the mark; and he begin at the ancient---at the sanctuary … and began at the ancient men … were before the house.</w:t>
        <w:br/>
        <w:t>In other words, God said to these people, "Now, wait; I'm going to mark the people first, those that are really consecrated to God." And He put a mark upon them. He said, "Now, to these men that have the slaughtering weapons, you go through and don't you spare women, children, or nothing, but you utterly slay everything."</w:t>
      </w:r>
    </w:p>
    <w:p>
      <w:r>
        <w:t>92. In the antediluvian world in the destruction, when millions times millions and billions of people was upon the earth, and God sent an old holiness preacher out by the name of Noah, and preached a hundred and twenty years, and told them to come into the ark, and all that didn't come in that ark would be destroyed. And God Almighty, who had the controls of the heavens, sent down the rains that utterly destroyed millions of old people, of young people, of little babies, strangling and perishing in the waters.</w:t>
        <w:br/>
        <w:t>Almighty God: and He's correctly the God of love. That's true. He has to. He loves His own. He has to be sovereign to His Word. So not for a controversy, but disagree with you. Your God of love…</w:t>
      </w:r>
    </w:p>
    <w:p>
      <w:r>
        <w:t>93. Here not long ago I was talking… It's perhaps maybe a Jehovah Witness. The man come up and he said, "Brother Branham, do you mean to tell me that you believe there is a burning hell?"</w:t>
        <w:br/>
        <w:t>I said, "It's not what I say; it's what the Bible says."</w:t>
        <w:br/>
        <w:t>He said, "Do you mean to tell me that a loving heavenly Father would burn His children up? Why," said, "you wouldn't burn your child."</w:t>
        <w:br/>
        <w:t>I said, "No, sir!"</w:t>
        <w:br/>
        <w:t>"Well then, if you as a human has that much love (See how people can twist the thing around?) … if you as a human have that much love, you think that a loving heavenly Father would destroy His children?"</w:t>
        <w:br/>
        <w:t>I said, "Never!" He don't destroy His children. But, whose child are you? God don't destroy His children. He's trying His best to get them in. But it's the devil that's turned loose will destroy his children. So God just permits Satan.</w:t>
      </w:r>
    </w:p>
    <w:p>
      <w:r>
        <w:t>94. Look. Who was it that permitted the evil to come down and Satan to go out and destroy the most perfect servant of God until Jesus Christ, his children and everything he had: Job? And God sent a wicked spirit out there and destroyed all of Job's children and everything just to test His servant. Is that right? Sure.</w:t>
        <w:br/>
        <w:t>Oh, I could stand here for an hour and just showing you, my Brother, Sister. That's right, ever who you may be. Don't you get the Spirit of God mixed up. Wars are God's judgments upon the nations. Destructions are sent of God. The Bible said so. And God is a God of love, but God is a God of wrath also. And you're not going to stand before a loving… That's been the thing that's hurt the church today.</w:t>
      </w:r>
    </w:p>
    <w:p>
      <w:r>
        <w:t>95. "Some loving Father, of course He wouldn't mind me doing this." If you want to do it, you might as well go on and do it, because the love of God's not in you to begin with.</w:t>
        <w:br/>
        <w:t>We're fixing to take communion just in a moment, and I want this to really sink in to you. The thing of it is, what is in your heart will produce … make your life. What kind of a seed you put in the ground will produce after its kind. How can you take a popcorn plant and make a jimsonweed out of it? You couldn't do it no more than you could take a grain of corn and make a cocklebur. You couldn't make them, because they're two different natures, two different lives altogether.</w:t>
        <w:br/>
        <w:t>You might take a jimsonweed seed and an onion seed, and they look so perfect alike till the very best of men couldn't tell them apart. That's right. The only thing you have to do is plant them. They both look alike natural, but plant them. They both will produce; and one will be a jimsonweed, and the other one will be an onion. That's exactly right.</w:t>
        <w:br/>
        <w:t>Say, "Why, what makes this seed that looks just exactly like this, produce a different kind of a life?" It's because that kind of a life is in it.</w:t>
      </w:r>
    </w:p>
    <w:p>
      <w:r>
        <w:t>96. And a man or woman that professes to be a Christian and don't live that kind of life, by the grace of God, is a jimson weed. By their fruits you shall know them. If that thing's in your heart, bears record of what you are somewhere else. If it's evil, it bears record that you're down here. When you die, you'll just have to go to where you are already.</w:t>
        <w:br/>
        <w:t>If you're good and you're good because God has made you good, and you're borned again, you're bound to go that way, because that life will have to bear record with this place. If it bears record with here, there's where you go. If it bears record with there, there's where you go, see.</w:t>
      </w:r>
    </w:p>
    <w:p>
      <w:r>
        <w:t>97. What you are here… Get this in your mind now. I'm going to close. But what you are here is a sign that you are something else somewhere. You've always wanted to be in perfection---you Christians. There is a perfection, and that perfection is not in this life. But every man and woman here that is a Christian, every person that is a Christian here now, is already glorified in the presence of Jesus Christ. And you've got another body. You won't have some other time; you have right now. Right now there's another body waiting for you if this one should perish. Could you think of that? Study that just a minute.</w:t>
        <w:br/>
        <w:t>Do you know every one of us may be in eternity before sun rises tomorrow morning? Now, if you're not a Christian, my friend, there's only one thing left for you. You've got to go that way. If you're on that road, you have to go that road. If you're a grain of corn, you'll produce corn. If you're a cocklebur, you produce cocklebur life. Now, if you've been belonging to a church somewhere that doesn't know and doesn't teach, and just lets you come to church and be a member of the church… You say, "Well, Brother Branham, my church teaches that we must accept Jesus Christ as our personal Saviour. If we believe on the Lord Jesus Christ, we are saved." If your life doesn't compare with that, you haven't made it yet.</w:t>
      </w:r>
    </w:p>
    <w:p>
      <w:r>
        <w:t>98. Do you know the devil believes that Jesus Christ is the Son of God? Do you know Jesus publicly … do you know the devil publicly confessed Jesus to be the Son of God? And he wasn't saved. And he couldn't be saved; he's the devil. So confessing Jesus to be the Son of God…</w:t>
        <w:br/>
        <w:t>Do you know all those Pharisees and Sadducees, every one was very pious and religious people; how they loved God with their heart, they thought; and failed to see that innocent One, the Son of God, to recognize Him to be the Son of God? And yet, they were very religious (is that right?), very pious, very scholarly, knowed the Bible better than any of our scholars today. They had nothing to do but set there through their generations and serve the Lord.</w:t>
      </w:r>
    </w:p>
    <w:p>
      <w:r>
        <w:t>99. Now, look what the Scripture says: "In the last days…" To you, my Christian friends, and with godly love, the Bible said, "In the last days men … would come a time where men would be heady, highminded, lovers of pleasure more than lovers of God." Now, isn't that true?</w:t>
        <w:br/>
        <w:t>A certain person in this building went to a New Year's party the other night, and in the basement they were having soft drinks and recreation and carrying on, ice cream suppers, and so forth. The churches even give dances. Just exactly what God told them not to do, they do in the name of Christ.</w:t>
        <w:br/>
        <w:t>And here's what Jesus said for the church to do, and they deny it. Jesus---here's His last words, His will and testament to the church: "Go ye into all the world; preach the Gospel to every creature. He that believeth and is baptized shall be saved; he that believeth not shall be damned. (Maybe that's as far as your pastor read. But here's the rest of it.) These signs shall follow them that believe; in My name they shall cast out devils; they shall speak with new tongues; if they take up serpents or drink deadly things, it shall not harm them; and if they lay their hands on the sick, they shall recover."</w:t>
        <w:br/>
        <w:t>Now, that's what Jesus said for them to do in His name. They deny that that exists, but they go and do just contrary to what He said, teach that it's passed, there's nothing to it, and teach theology instead. Oh, no wonder we're in the condition we are.</w:t>
        <w:br/>
        <w:t>Looky here. Let me tell you, my Brother: When the church gets to a place till each member in there is so charged with the Holy Ghost and power, until them signs will follow…</w:t>
      </w:r>
    </w:p>
    <w:p>
      <w:r>
        <w:t>100. I think of St. Paul out there on the isle after the shipwreck. God had give him a vision. When the fourteen days and nights, all hopes was gone they'd ever be saved. The little, old boat tossing about like that, and they was all crying, fourteen days and nights. Paul was down and he had a vision. He came out; and he said, "Be of good courage, for the Angel of God, who's servant I am, has stood by me and said, 'Fear not, for thou must be brought before Caesar. And lo, God's give all those who sail with you.'"</w:t>
        <w:br/>
        <w:t>When the ship wrecked and went up on the shores, and they got over there with the natives, Paul was picking up some sticks, and he went and laid them on the fire. And in there there was a big serpent, grabbed him by the hand. Now, that serpent injected poison in his hand that would have killed him within a minute. The natives said, "Watch that fellow fall dead, for he'll die just in a minute. He's in chains for preaching the Gospel."</w:t>
        <w:br/>
        <w:t>Religious people put him in chains. The very finest of churches that day was what put him in chains. If it just wasn't a Constitution, United States, they'd do the same thing today. Right! Just wait till she's broke a little more.</w:t>
      </w:r>
    </w:p>
    <w:p>
      <w:r>
        <w:t>101. And a serpent grabbed him through the hand. Now watch. Paul didn't fear. He said, "Jesus Christ said, 'If they take up serpents, it shall not harm them.'" So he walked over here, shakes him off on the fire; turns around and walks over to get some sticks and put back on the fire; turned himself around, warmed his back, and turned around this way and warmed his hands. The natives said, "Why don't he die? Why don't that man die? He ought to drop dead?" But Paul was so full of the Holy Ghost (See what I mean?), so full of the Holy Ghost until the poison wouldn't poison him.</w:t>
        <w:br/>
        <w:t>Oh, brother, give me a church full of the Holy Ghost. God will do in one year what all theologists failed to do in two thousand years. You wait till the anointing of the church really strikes home, with that faithful little remnant. After the doors of the Gentiles is closed, oh, God will anoint a church then. "He who is filthy, let him be filthy still. He who is righteous, let him be righteous still; and he who is holy, let him be holy still." And God will anoint a church in the power of God, and things will be taking place. Not only then, but He's doing it now.</w:t>
        <w:br/>
        <w:t>Watch signs and wonders; then the people look around and say, "Well, it's of the devil." Oh, because they don't know the Scriptures, neither the power of God. And that's the reason it's dead.</w:t>
      </w:r>
    </w:p>
    <w:p>
      <w:r>
        <w:t>102. May the Lord bless you. I'm sorry to keep you this late. I very seldom do this, but I don't get with you very much. So I may not've answered these questions according to your thoughts and things. That was two I answered this morning. If I didn't, God bless you. And I didn't mean to upset you or something. I just had to say what… You asked me the question, I give you the best of my knowledge, for the answer. That's right.</w:t>
        <w:br/>
        <w:t>Now, I don't know too much about the things maybe. I don't know nothing that I ought to know. But one thing that I know: Jesus Christ saves us from sin, keeps us from sin, and gives us His power and His blessings.</w:t>
        <w:br/>
        <w:t>And if you'll just notice around and watch what takes place in the people that's prayed for… Look across the nations and look at the signs and wonders everywhere. And look at the time coming. Like them two branches we was preaching on here sometime ago, come up from Genesis, how they're bearing their records everywhere. How the unbeliever, very fundamental and dignified in his religion, but having a form of godliness, but denying the power thereof. And the church is moving on.</w:t>
      </w:r>
    </w:p>
    <w:p>
      <w:r>
        <w:t>103. May the Lord Jesus bless you, each one, is my prayer. And may you so live that you'll become so burdened … may God put on you people so burdened for lost souls till you can't sleep day nor night. May God grant this Branham Tabernacle that privilege of becoming so burdened. I don't care if you never shout, if you never do anything else, if you're just so burdened for lost souls till you can't sleep. When you do that, the world will be slipping in here to be prayed for (That's right!), the world will come in to be prayed for. You'll be known everywhere.</w:t>
        <w:br/>
        <w:t>God give us of His Spirit, make us humble, break us down, and make us so charged with the power of God to heal the sick, to cast out devils, to do great signs and wonders. When you lay your hands on the sick and ask that blessing without one wave in your heart, you believe that God's going to do it. Watch that patient; he'll begin to get better. Why? The evil's gone from it. Just like the tree that was standing, Jesus looked, and there was no fruit on it. He said, "Cursed be it."</w:t>
        <w:br/>
        <w:t>Twenty-four hours later they passed by. Peter said, "Look, the leaves are already wilting." Something had taken place. God's Word was spoke.</w:t>
        <w:br/>
        <w:t>Jesus said, "Have faith in God. For if you'd say to this mountain be moved, and don't doubt it, it would obey you." Have faith in God.</w:t>
      </w:r>
    </w:p>
    <w:p>
      <w:r>
        <w:t>104. Now, it's communion time. While we bow our heads, I'm going to ask someone to come to the piano.</w:t>
        <w:br/>
        <w:t>Lord, this is the hour, the time that when maybe men and women, Lord, across the world will see that the great hour of judgment is approaching when God will judge all nations in their political standing. Everywhere, every place, and everybody must stand the judgments of God. And Father, we're so happy to know that there is an escape of these people who would desire to escape. And that route is through Jesus Christ, who is the offspring of David.</w:t>
        <w:br/>
        <w:t>And we thank Thee, dear Father, for ever sending Him to the earth, that He was the medium that we could go to, who would intercede for us, and take away our sins, that we'd escape the wrath and damnation of God. We know that the wrath is to come. And as John said in the days gone by, "Flee from the wrath that is to come."</w:t>
        <w:br/>
        <w:t>Now, Lord, we pray that as we take communion tonight that You will sanctify us, Lord, with Your cleansing blood; and may every sin of these people be remitted. I humbly and sincerely pray, God, that You'll not let one of us take it unworthily. For Thou has said in Thy Word, if we do so, we are guilty of the body and the blood of the Lord. Now, Father, make these people holy and consecrated, that we may take this without a blemish.</w:t>
      </w:r>
    </w:p>
    <w:p>
      <w:r>
        <w:t>105. And now, Father, we realize the communion was first given down in Egypt. And those people who taken communion, the lamb and the bread, as they marched out, forty years they journeyed in the wilderness; and there wasn't one feeble among them when they come out of the wilderness. They taken the communion.</w:t>
        <w:br/>
        <w:t>God be merciful. I pray that all the sick will be healed, all the lost will be saved. And those who are formal and indifferent, may they move up close to the fires of God, warming their souls. Grant it, Lord. Forgive us now and help us. We pray in the name of Thy Son.</w:t>
      </w:r>
    </w:p>
    <w:p>
      <w:r>
        <w:t>106. And while we have our heads bowed, I wonder (as the brother gives us a little chord on the piano) if there is a person here that would raise your hand and say, "Brother Bill, I sincerely … for a soul's condition. I want you to remember me. I want to receive the Holy Spirit." Would you raise your hand, saying, "Remember me." God bless you. God bless you, you, you, you, you. God bless you, you. God bless you, lady, you, you, you, brother. My, hands everywhere. God bless you, brother. God bless you. God bless you, sister. You, sister, I see your hand. You want to receive the Holy Ghost. God bless you, brother.</w:t>
        <w:br/>
        <w:t>Don't you want just a little closer walk? Remember, friends, we are living near the coming of our Lord. Now, God is confirming His Word, signs and wonders everywhere.</w:t>
        <w:br/>
        <w:t>Now, surely that God wouldn't let me go out and be anointed with the Holy Ghost to perform signs and wonders, come back and preach the Word, and so forth, and would bless it everywhere, and do these things, unless He'd give me some conception of His Word. He wouldn't grant that. So I do know what I'm speaking of.</w:t>
      </w:r>
    </w:p>
    <w:p>
      <w:r>
        <w:t>107. If you're without Jesus Christ, without the Holy Ghost, may God don't let you have any rest till you receive the Holy Ghost. Don't be deceived. Just don't take one of these formal dry-eyed confessions and say that you've got the Holy Ghost. You do not get the Holy Ghost when you believe. You don't believe to get the Holy Ghost. It's a gift of God. Paul said, "Have you received the Holy Ghost since you believed?" So believe it. And may God grant it to you.</w:t>
        <w:br/>
        <w:t>Now, Father, to those who held up their hands, I pray that You'll give them the Person of the Holy Ghost just now. May He come deeply into these many … ten or fifteen hands that went up. I pray that You'll give every one of them the baptism of Thy Being. May they be so filled with the Holy Ghost, till signs and wonders will take place in their lives; they'll see all kinds of signs. Like Jesus said, "These signs shall follow them that believe." Grant it, Father. We humbly pray in Thy Son's name, Jesus Christ,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